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77250D6" w14:textId="77777777" w:rsidR="002F1A1B" w:rsidRDefault="00000000">
      <w:pPr>
        <w:spacing w:after="40"/>
        <w:jc w:val="center"/>
      </w:pPr>
      <w:r>
        <w:rPr>
          <w:b/>
          <w:sz w:val="32"/>
        </w:rPr>
        <w:t>Г О Д И Ш Њ И   И З В Е Ш Т А Ј</w:t>
      </w:r>
    </w:p>
    <w:p w14:paraId="6793DE35" w14:textId="69ADA4B7" w:rsidR="002F1A1B" w:rsidRDefault="00000000">
      <w:pPr>
        <w:spacing w:after="40"/>
        <w:jc w:val="center"/>
        <w:rPr>
          <w:b/>
          <w:sz w:val="26"/>
        </w:rPr>
      </w:pPr>
      <w:r>
        <w:rPr>
          <w:b/>
          <w:sz w:val="26"/>
        </w:rPr>
        <w:t>О РАДУ УДРУЖЕЊА ЗА 202</w:t>
      </w:r>
      <w:r w:rsidR="00773772">
        <w:rPr>
          <w:b/>
          <w:sz w:val="26"/>
        </w:rPr>
        <w:t>5</w:t>
      </w:r>
      <w:r>
        <w:rPr>
          <w:b/>
          <w:sz w:val="26"/>
        </w:rPr>
        <w:t>. ГОДИНУ</w:t>
      </w:r>
    </w:p>
    <w:p w14:paraId="309B5014" w14:textId="77777777" w:rsidR="000A5895" w:rsidRDefault="000A5895">
      <w:pPr>
        <w:spacing w:after="40"/>
        <w:jc w:val="center"/>
      </w:pPr>
    </w:p>
    <w:p w14:paraId="2EC0877F" w14:textId="77777777" w:rsidR="002F1A1B" w:rsidRDefault="00000000">
      <w:pPr>
        <w:spacing w:before="160" w:after="20"/>
        <w:jc w:val="center"/>
      </w:pPr>
      <w:r>
        <w:rPr>
          <w:b/>
          <w:sz w:val="24"/>
        </w:rPr>
        <w:t>УДРУЖЕЊЕ ГРАЂАНА „МИКИЛИКС ВЕБ РАЗВОЈ“</w:t>
      </w:r>
    </w:p>
    <w:p w14:paraId="2B1AF0B9" w14:textId="77777777" w:rsidR="002F1A1B" w:rsidRDefault="00000000">
      <w:pPr>
        <w:jc w:val="center"/>
      </w:pPr>
      <w:r>
        <w:rPr>
          <w:b/>
        </w:rPr>
        <w:t>(Mikileaks web development)</w:t>
      </w:r>
    </w:p>
    <w:p w14:paraId="4933DDB2" w14:textId="18589A77" w:rsidR="002F1A1B" w:rsidRDefault="00000000">
      <w:pPr>
        <w:keepNext/>
        <w:spacing w:before="160" w:after="80"/>
      </w:pPr>
      <w:r>
        <w:rPr>
          <w:b/>
          <w:sz w:val="22"/>
        </w:rPr>
        <w:t>1. ОСНОВНИ ПОДАЦИ О УДРУЖЕЊУ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402"/>
        <w:gridCol w:w="5953"/>
      </w:tblGrid>
      <w:tr w:rsidR="002F1A1B" w14:paraId="3B3601C6" w14:textId="77777777">
        <w:trPr>
          <w:jc w:val="center"/>
        </w:trPr>
        <w:tc>
          <w:tcPr>
            <w:tcW w:w="3402" w:type="dxa"/>
            <w:shd w:val="clear" w:color="auto" w:fill="E7E6E6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5CCD69F" w14:textId="77777777" w:rsidR="002F1A1B" w:rsidRDefault="00000000">
            <w:pPr>
              <w:spacing w:after="0" w:line="240" w:lineRule="auto"/>
            </w:pPr>
            <w:r>
              <w:rPr>
                <w:b/>
                <w:sz w:val="19"/>
              </w:rPr>
              <w:t>Назив Удружења</w:t>
            </w:r>
          </w:p>
        </w:tc>
        <w:tc>
          <w:tcPr>
            <w:tcW w:w="595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E526D3F" w14:textId="77777777" w:rsidR="002F1A1B" w:rsidRDefault="00000000">
            <w:pPr>
              <w:spacing w:after="0" w:line="240" w:lineRule="auto"/>
            </w:pPr>
            <w:r>
              <w:rPr>
                <w:sz w:val="19"/>
              </w:rPr>
              <w:t>Удружење грађана „Микиликс веб развој“</w:t>
            </w:r>
          </w:p>
        </w:tc>
      </w:tr>
      <w:tr w:rsidR="002F1A1B" w14:paraId="2CFB9F8B" w14:textId="77777777">
        <w:trPr>
          <w:jc w:val="center"/>
        </w:trPr>
        <w:tc>
          <w:tcPr>
            <w:tcW w:w="3402" w:type="dxa"/>
            <w:shd w:val="clear" w:color="auto" w:fill="E7E6E6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1EED462" w14:textId="77777777" w:rsidR="002F1A1B" w:rsidRDefault="00000000">
            <w:pPr>
              <w:spacing w:after="0" w:line="240" w:lineRule="auto"/>
            </w:pPr>
            <w:r>
              <w:rPr>
                <w:b/>
                <w:sz w:val="19"/>
              </w:rPr>
              <w:t>Седиште и адреса</w:t>
            </w:r>
          </w:p>
        </w:tc>
        <w:tc>
          <w:tcPr>
            <w:tcW w:w="595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2568A11" w14:textId="77777777" w:rsidR="002F1A1B" w:rsidRDefault="00000000">
            <w:pPr>
              <w:spacing w:after="0" w:line="240" w:lineRule="auto"/>
            </w:pPr>
            <w:r>
              <w:rPr>
                <w:sz w:val="19"/>
              </w:rPr>
              <w:t>Крагујевац, Краља Милана IV 13/21</w:t>
            </w:r>
          </w:p>
        </w:tc>
      </w:tr>
      <w:tr w:rsidR="002F1A1B" w14:paraId="1040635A" w14:textId="77777777">
        <w:trPr>
          <w:jc w:val="center"/>
        </w:trPr>
        <w:tc>
          <w:tcPr>
            <w:tcW w:w="3402" w:type="dxa"/>
            <w:shd w:val="clear" w:color="auto" w:fill="E7E6E6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C246A84" w14:textId="77777777" w:rsidR="002F1A1B" w:rsidRDefault="00000000">
            <w:pPr>
              <w:spacing w:after="0" w:line="240" w:lineRule="auto"/>
            </w:pPr>
            <w:r>
              <w:rPr>
                <w:b/>
                <w:sz w:val="19"/>
              </w:rPr>
              <w:t>Матични број / ПИБ</w:t>
            </w:r>
          </w:p>
        </w:tc>
        <w:tc>
          <w:tcPr>
            <w:tcW w:w="595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C172DAF" w14:textId="5C92620A" w:rsidR="002F1A1B" w:rsidRDefault="004B49D4">
            <w:pPr>
              <w:spacing w:after="0" w:line="240" w:lineRule="auto"/>
            </w:pPr>
            <w:r>
              <w:rPr>
                <w:i/>
                <w:sz w:val="19"/>
              </w:rPr>
              <w:t>28185685 / 109243073</w:t>
            </w:r>
          </w:p>
        </w:tc>
      </w:tr>
      <w:tr w:rsidR="002F1A1B" w14:paraId="406E4123" w14:textId="77777777">
        <w:trPr>
          <w:jc w:val="center"/>
        </w:trPr>
        <w:tc>
          <w:tcPr>
            <w:tcW w:w="3402" w:type="dxa"/>
            <w:shd w:val="clear" w:color="auto" w:fill="E7E6E6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1301FD5" w14:textId="77777777" w:rsidR="002F1A1B" w:rsidRDefault="00000000">
            <w:pPr>
              <w:spacing w:after="0" w:line="240" w:lineRule="auto"/>
            </w:pPr>
            <w:r>
              <w:rPr>
                <w:b/>
                <w:sz w:val="19"/>
              </w:rPr>
              <w:t>Заступник Удружења</w:t>
            </w:r>
          </w:p>
        </w:tc>
        <w:tc>
          <w:tcPr>
            <w:tcW w:w="595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E41E154" w14:textId="77777777" w:rsidR="002F1A1B" w:rsidRDefault="00000000">
            <w:pPr>
              <w:spacing w:after="0" w:line="240" w:lineRule="auto"/>
            </w:pPr>
            <w:r>
              <w:rPr>
                <w:sz w:val="19"/>
              </w:rPr>
              <w:t>Милан Недељковић</w:t>
            </w:r>
          </w:p>
        </w:tc>
      </w:tr>
      <w:tr w:rsidR="002F1A1B" w14:paraId="26BD55CD" w14:textId="77777777">
        <w:trPr>
          <w:jc w:val="center"/>
        </w:trPr>
        <w:tc>
          <w:tcPr>
            <w:tcW w:w="3402" w:type="dxa"/>
            <w:shd w:val="clear" w:color="auto" w:fill="E7E6E6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0C5ABA9" w14:textId="77777777" w:rsidR="002F1A1B" w:rsidRDefault="00000000">
            <w:pPr>
              <w:spacing w:after="0" w:line="240" w:lineRule="auto"/>
            </w:pPr>
            <w:r>
              <w:rPr>
                <w:b/>
                <w:sz w:val="19"/>
              </w:rPr>
              <w:t>Извештајни период</w:t>
            </w:r>
          </w:p>
        </w:tc>
        <w:tc>
          <w:tcPr>
            <w:tcW w:w="595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A576B55" w14:textId="727784B0" w:rsidR="002F1A1B" w:rsidRDefault="00000000">
            <w:pPr>
              <w:spacing w:after="0" w:line="240" w:lineRule="auto"/>
            </w:pPr>
            <w:r>
              <w:rPr>
                <w:sz w:val="19"/>
              </w:rPr>
              <w:t>01.01.</w:t>
            </w:r>
            <w:r w:rsidR="004B49D4">
              <w:rPr>
                <w:sz w:val="19"/>
              </w:rPr>
              <w:t>2025</w:t>
            </w:r>
            <w:r>
              <w:rPr>
                <w:sz w:val="19"/>
              </w:rPr>
              <w:t>–31.12.</w:t>
            </w:r>
            <w:r w:rsidR="004B49D4">
              <w:rPr>
                <w:sz w:val="19"/>
              </w:rPr>
              <w:t>2025</w:t>
            </w:r>
            <w:r>
              <w:rPr>
                <w:sz w:val="19"/>
              </w:rPr>
              <w:t>. године</w:t>
            </w:r>
          </w:p>
        </w:tc>
      </w:tr>
      <w:tr w:rsidR="002F1A1B" w14:paraId="4582D1D1" w14:textId="77777777">
        <w:trPr>
          <w:jc w:val="center"/>
        </w:trPr>
        <w:tc>
          <w:tcPr>
            <w:tcW w:w="3402" w:type="dxa"/>
            <w:shd w:val="clear" w:color="auto" w:fill="E7E6E6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8915C9C" w14:textId="77777777" w:rsidR="002F1A1B" w:rsidRDefault="00000000">
            <w:pPr>
              <w:spacing w:after="0" w:line="240" w:lineRule="auto"/>
            </w:pPr>
            <w:r>
              <w:rPr>
                <w:b/>
                <w:sz w:val="19"/>
              </w:rPr>
              <w:t>Број чланова на почетку године</w:t>
            </w:r>
          </w:p>
        </w:tc>
        <w:tc>
          <w:tcPr>
            <w:tcW w:w="595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B9A9CEC" w14:textId="489E09E9" w:rsidR="002F1A1B" w:rsidRDefault="004B49D4">
            <w:pPr>
              <w:spacing w:after="0" w:line="240" w:lineRule="auto"/>
            </w:pPr>
            <w:r>
              <w:rPr>
                <w:i/>
                <w:sz w:val="19"/>
              </w:rPr>
              <w:t>3</w:t>
            </w:r>
          </w:p>
        </w:tc>
      </w:tr>
      <w:tr w:rsidR="002F1A1B" w14:paraId="5C09456A" w14:textId="77777777">
        <w:trPr>
          <w:jc w:val="center"/>
        </w:trPr>
        <w:tc>
          <w:tcPr>
            <w:tcW w:w="3402" w:type="dxa"/>
            <w:shd w:val="clear" w:color="auto" w:fill="E7E6E6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6B80EB9" w14:textId="77777777" w:rsidR="002F1A1B" w:rsidRDefault="00000000">
            <w:pPr>
              <w:spacing w:after="0" w:line="240" w:lineRule="auto"/>
            </w:pPr>
            <w:r>
              <w:rPr>
                <w:b/>
                <w:sz w:val="19"/>
              </w:rPr>
              <w:t>Број чланова на крају године</w:t>
            </w:r>
          </w:p>
        </w:tc>
        <w:tc>
          <w:tcPr>
            <w:tcW w:w="595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E19BA35" w14:textId="2DF1B1C1" w:rsidR="002F1A1B" w:rsidRDefault="004B49D4">
            <w:pPr>
              <w:spacing w:after="0" w:line="240" w:lineRule="auto"/>
            </w:pPr>
            <w:r>
              <w:rPr>
                <w:i/>
                <w:sz w:val="19"/>
              </w:rPr>
              <w:t>3</w:t>
            </w:r>
          </w:p>
        </w:tc>
      </w:tr>
    </w:tbl>
    <w:p w14:paraId="6AB8DC41" w14:textId="77777777" w:rsidR="002F1A1B" w:rsidRDefault="00000000">
      <w:pPr>
        <w:keepNext/>
        <w:spacing w:before="160" w:after="80"/>
      </w:pPr>
      <w:r>
        <w:rPr>
          <w:b/>
          <w:sz w:val="22"/>
        </w:rPr>
        <w:t>2. УВОД И ОСНОВ ЗА САЧИЊАВАЊЕ ИЗВЕШТАЈА</w:t>
      </w:r>
    </w:p>
    <w:p w14:paraId="50E6A744" w14:textId="67D1077F" w:rsidR="002F1A1B" w:rsidRDefault="00000000">
      <w:pPr>
        <w:ind w:firstLine="397"/>
        <w:jc w:val="both"/>
      </w:pPr>
      <w:r>
        <w:t xml:space="preserve">Овај годишњи извештај сачињен је ради приказа рада, организације, активности, сарадње, реализованих пројеката и коришћења средстава Удружења током </w:t>
      </w:r>
      <w:r w:rsidR="004B49D4">
        <w:t>2025</w:t>
      </w:r>
      <w:r>
        <w:t>. године. Извештај се заснива на Статуту Удружења, Плану и програму рада, Финансијском плану, одлукама Скупштине, месечним извештајима, уговорима, рачунима и другој расположивој документацији.</w:t>
      </w:r>
    </w:p>
    <w:p w14:paraId="3BABCCFF" w14:textId="77777777" w:rsidR="002F1A1B" w:rsidRDefault="00000000">
      <w:pPr>
        <w:ind w:firstLine="397"/>
        <w:jc w:val="both"/>
      </w:pPr>
      <w:r>
        <w:t>Извештај припрема заступник Удружења, а разматра га и усваја Скупштина Удружења на седници одржаној дана [унети датум].</w:t>
      </w:r>
    </w:p>
    <w:p w14:paraId="48E41EB0" w14:textId="77777777" w:rsidR="002F1A1B" w:rsidRDefault="00000000">
      <w:pPr>
        <w:keepNext/>
        <w:spacing w:before="160" w:after="80"/>
      </w:pPr>
      <w:r>
        <w:rPr>
          <w:b/>
          <w:sz w:val="22"/>
        </w:rPr>
        <w:t>3. ЧЛАНСТВО И ОРГАНИЗАЦИЈА РАДА</w:t>
      </w:r>
    </w:p>
    <w:p w14:paraId="727A2DC9" w14:textId="4A614DE5" w:rsidR="002F1A1B" w:rsidRDefault="00000000">
      <w:pPr>
        <w:ind w:firstLine="397"/>
        <w:jc w:val="both"/>
      </w:pPr>
      <w:r>
        <w:t xml:space="preserve">На почетку извештајне године Удружење је имало укупно </w:t>
      </w:r>
      <w:r w:rsidR="009E2446">
        <w:rPr>
          <w:lang w:val="sr-Cyrl-RS"/>
        </w:rPr>
        <w:t>3</w:t>
      </w:r>
      <w:r>
        <w:t xml:space="preserve"> чланова. Током године примљено је</w:t>
      </w:r>
      <w:r w:rsidR="009E2446">
        <w:rPr>
          <w:lang w:val="sr-Cyrl-RS"/>
        </w:rPr>
        <w:t xml:space="preserve"> </w:t>
      </w:r>
      <w:r w:rsidR="00647422">
        <w:t xml:space="preserve">0 </w:t>
      </w:r>
      <w:r>
        <w:t xml:space="preserve">нових чланова, док је чланство престало за </w:t>
      </w:r>
      <w:r w:rsidR="007C00DD">
        <w:t>0</w:t>
      </w:r>
      <w:r>
        <w:t xml:space="preserve"> чланова. На дан 31.12.</w:t>
      </w:r>
      <w:r w:rsidR="004B49D4">
        <w:t>2025</w:t>
      </w:r>
      <w:r>
        <w:t xml:space="preserve">. године Удружење има укупно </w:t>
      </w:r>
      <w:r w:rsidR="009E2446">
        <w:rPr>
          <w:lang w:val="sr-Cyrl-RS"/>
        </w:rPr>
        <w:t>3</w:t>
      </w:r>
      <w:r>
        <w:t xml:space="preserve"> чланова.</w:t>
      </w:r>
    </w:p>
    <w:p w14:paraId="543B6EC8" w14:textId="77777777" w:rsidR="002F1A1B" w:rsidRDefault="00000000">
      <w:pPr>
        <w:ind w:firstLine="397"/>
        <w:jc w:val="both"/>
      </w:pPr>
      <w:r>
        <w:t>Чланови су учествовали у раду Удружења у складу са својим могућностима, стручним знањима и задужењима, кроз техничку, програмску, административну, организациону, едукативну и другу подршку.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972"/>
        <w:gridCol w:w="1972"/>
        <w:gridCol w:w="1972"/>
        <w:gridCol w:w="1972"/>
        <w:gridCol w:w="1972"/>
      </w:tblGrid>
      <w:tr w:rsidR="002F1A1B" w14:paraId="4D1CDC42" w14:textId="77777777">
        <w:trPr>
          <w:tblHeader/>
          <w:jc w:val="center"/>
        </w:trPr>
        <w:tc>
          <w:tcPr>
            <w:tcW w:w="1972" w:type="dxa"/>
            <w:shd w:val="clear" w:color="auto" w:fill="D9EAD3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715C4C1" w14:textId="1795D513" w:rsidR="002F1A1B" w:rsidRDefault="00000000">
            <w:pPr>
              <w:spacing w:after="0" w:line="240" w:lineRule="auto"/>
              <w:jc w:val="center"/>
            </w:pPr>
            <w:r>
              <w:rPr>
                <w:b/>
                <w:sz w:val="18"/>
              </w:rPr>
              <w:t>Стање 01.01.</w:t>
            </w:r>
            <w:r w:rsidR="004B49D4">
              <w:rPr>
                <w:b/>
                <w:sz w:val="18"/>
              </w:rPr>
              <w:t>2025</w:t>
            </w:r>
            <w:r>
              <w:rPr>
                <w:b/>
                <w:sz w:val="18"/>
              </w:rPr>
              <w:t>.</w:t>
            </w:r>
          </w:p>
        </w:tc>
        <w:tc>
          <w:tcPr>
            <w:tcW w:w="1972" w:type="dxa"/>
            <w:shd w:val="clear" w:color="auto" w:fill="D9EAD3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929C846" w14:textId="77777777" w:rsidR="002F1A1B" w:rsidRDefault="00000000">
            <w:pPr>
              <w:spacing w:after="0" w:line="240" w:lineRule="auto"/>
              <w:jc w:val="center"/>
            </w:pPr>
            <w:r>
              <w:rPr>
                <w:b/>
                <w:sz w:val="18"/>
              </w:rPr>
              <w:t>Нови чланови</w:t>
            </w:r>
          </w:p>
        </w:tc>
        <w:tc>
          <w:tcPr>
            <w:tcW w:w="1972" w:type="dxa"/>
            <w:shd w:val="clear" w:color="auto" w:fill="D9EAD3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2F50D0F" w14:textId="77777777" w:rsidR="002F1A1B" w:rsidRDefault="00000000">
            <w:pPr>
              <w:spacing w:after="0" w:line="240" w:lineRule="auto"/>
              <w:jc w:val="center"/>
            </w:pPr>
            <w:r>
              <w:rPr>
                <w:b/>
                <w:sz w:val="18"/>
              </w:rPr>
              <w:t>Престанак чланства</w:t>
            </w:r>
          </w:p>
        </w:tc>
        <w:tc>
          <w:tcPr>
            <w:tcW w:w="1972" w:type="dxa"/>
            <w:shd w:val="clear" w:color="auto" w:fill="D9EAD3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E02B3F2" w14:textId="50DB00F4" w:rsidR="002F1A1B" w:rsidRDefault="00000000">
            <w:pPr>
              <w:spacing w:after="0" w:line="240" w:lineRule="auto"/>
              <w:jc w:val="center"/>
            </w:pPr>
            <w:r>
              <w:rPr>
                <w:b/>
                <w:sz w:val="18"/>
              </w:rPr>
              <w:t>Стање 31.12.</w:t>
            </w:r>
            <w:r w:rsidR="004B49D4">
              <w:rPr>
                <w:b/>
                <w:sz w:val="18"/>
              </w:rPr>
              <w:t>2025</w:t>
            </w:r>
            <w:r>
              <w:rPr>
                <w:b/>
                <w:sz w:val="18"/>
              </w:rPr>
              <w:t>.</w:t>
            </w:r>
          </w:p>
        </w:tc>
        <w:tc>
          <w:tcPr>
            <w:tcW w:w="1972" w:type="dxa"/>
            <w:shd w:val="clear" w:color="auto" w:fill="D9EAD3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8BE06F0" w14:textId="77777777" w:rsidR="002F1A1B" w:rsidRDefault="00000000">
            <w:pPr>
              <w:spacing w:after="0" w:line="240" w:lineRule="auto"/>
              <w:jc w:val="center"/>
            </w:pPr>
            <w:r>
              <w:rPr>
                <w:b/>
                <w:sz w:val="18"/>
              </w:rPr>
              <w:t>Напомена</w:t>
            </w:r>
          </w:p>
        </w:tc>
      </w:tr>
      <w:tr w:rsidR="002F1A1B" w14:paraId="3FE45843" w14:textId="77777777">
        <w:trPr>
          <w:jc w:val="center"/>
        </w:trPr>
        <w:tc>
          <w:tcPr>
            <w:tcW w:w="1972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73ABD38" w14:textId="4844CED0" w:rsidR="002F1A1B" w:rsidRDefault="00C47DE0">
            <w:pPr>
              <w:spacing w:after="0" w:line="240" w:lineRule="auto"/>
              <w:jc w:val="center"/>
            </w:pPr>
            <w:r>
              <w:rPr>
                <w:i/>
                <w:sz w:val="18"/>
              </w:rPr>
              <w:t>3</w:t>
            </w:r>
          </w:p>
        </w:tc>
        <w:tc>
          <w:tcPr>
            <w:tcW w:w="1972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37A071A" w14:textId="30987364" w:rsidR="002F1A1B" w:rsidRDefault="002A0965">
            <w:pPr>
              <w:spacing w:after="0" w:line="240" w:lineRule="auto"/>
              <w:jc w:val="center"/>
            </w:pPr>
            <w:r>
              <w:rPr>
                <w:i/>
                <w:sz w:val="18"/>
              </w:rPr>
              <w:t>-</w:t>
            </w:r>
          </w:p>
        </w:tc>
        <w:tc>
          <w:tcPr>
            <w:tcW w:w="1972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B6F50A8" w14:textId="141AD400" w:rsidR="002F1A1B" w:rsidRDefault="002A0965">
            <w:pPr>
              <w:spacing w:after="0" w:line="240" w:lineRule="auto"/>
              <w:jc w:val="center"/>
            </w:pPr>
            <w:r>
              <w:rPr>
                <w:i/>
                <w:sz w:val="18"/>
              </w:rPr>
              <w:t>-</w:t>
            </w:r>
          </w:p>
        </w:tc>
        <w:tc>
          <w:tcPr>
            <w:tcW w:w="1972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875F933" w14:textId="14B1B732" w:rsidR="002F1A1B" w:rsidRDefault="002A0965">
            <w:pPr>
              <w:spacing w:after="0" w:line="240" w:lineRule="auto"/>
              <w:jc w:val="center"/>
            </w:pPr>
            <w:r>
              <w:rPr>
                <w:i/>
                <w:sz w:val="18"/>
              </w:rPr>
              <w:t>3</w:t>
            </w:r>
          </w:p>
        </w:tc>
        <w:tc>
          <w:tcPr>
            <w:tcW w:w="1972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0E5EDE5" w14:textId="6C53CD89" w:rsidR="002F1A1B" w:rsidRDefault="002A0965">
            <w:pPr>
              <w:spacing w:after="0" w:line="240" w:lineRule="auto"/>
              <w:jc w:val="center"/>
            </w:pPr>
            <w:r>
              <w:rPr>
                <w:i/>
                <w:sz w:val="18"/>
              </w:rPr>
              <w:t>3</w:t>
            </w:r>
          </w:p>
        </w:tc>
      </w:tr>
    </w:tbl>
    <w:p w14:paraId="361AD5BC" w14:textId="77777777" w:rsidR="002F1A1B" w:rsidRDefault="00000000">
      <w:pPr>
        <w:keepNext/>
        <w:spacing w:before="160" w:after="80"/>
      </w:pPr>
      <w:r>
        <w:rPr>
          <w:b/>
          <w:sz w:val="22"/>
        </w:rPr>
        <w:t>4. ОДРЖАНЕ СЕДНИЦЕ СКУПШТИНЕ</w:t>
      </w:r>
    </w:p>
    <w:p w14:paraId="3E866D81" w14:textId="00931664" w:rsidR="002F1A1B" w:rsidRDefault="00000000">
      <w:pPr>
        <w:ind w:firstLine="397"/>
        <w:jc w:val="both"/>
      </w:pPr>
      <w:r>
        <w:t xml:space="preserve">Током </w:t>
      </w:r>
      <w:r w:rsidR="004B49D4">
        <w:t>2025</w:t>
      </w:r>
      <w:r>
        <w:t>. године одржане су две редовне и једна ванредна седница Скупштине Удружења. О свакој седници сачињен је записник, а донете одлуке чувају се у архиви Удружења.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972"/>
        <w:gridCol w:w="1972"/>
        <w:gridCol w:w="1972"/>
        <w:gridCol w:w="1972"/>
        <w:gridCol w:w="1972"/>
      </w:tblGrid>
      <w:tr w:rsidR="002F1A1B" w14:paraId="51D257CB" w14:textId="77777777">
        <w:trPr>
          <w:tblHeader/>
          <w:jc w:val="center"/>
        </w:trPr>
        <w:tc>
          <w:tcPr>
            <w:tcW w:w="1972" w:type="dxa"/>
            <w:shd w:val="clear" w:color="auto" w:fill="D9E2F3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623D065" w14:textId="77777777" w:rsidR="002F1A1B" w:rsidRDefault="00000000">
            <w:pPr>
              <w:spacing w:after="0" w:line="240" w:lineRule="auto"/>
              <w:jc w:val="center"/>
            </w:pPr>
            <w:r>
              <w:rPr>
                <w:b/>
                <w:sz w:val="17"/>
              </w:rPr>
              <w:t>Ред. бр.</w:t>
            </w:r>
          </w:p>
        </w:tc>
        <w:tc>
          <w:tcPr>
            <w:tcW w:w="1972" w:type="dxa"/>
            <w:shd w:val="clear" w:color="auto" w:fill="D9E2F3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6FE870F" w14:textId="77777777" w:rsidR="002F1A1B" w:rsidRDefault="00000000">
            <w:pPr>
              <w:spacing w:after="0" w:line="240" w:lineRule="auto"/>
              <w:jc w:val="center"/>
            </w:pPr>
            <w:r>
              <w:rPr>
                <w:b/>
                <w:sz w:val="17"/>
              </w:rPr>
              <w:t>Врста седнице</w:t>
            </w:r>
          </w:p>
        </w:tc>
        <w:tc>
          <w:tcPr>
            <w:tcW w:w="1972" w:type="dxa"/>
            <w:shd w:val="clear" w:color="auto" w:fill="D9E2F3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D903885" w14:textId="77777777" w:rsidR="002F1A1B" w:rsidRDefault="00000000">
            <w:pPr>
              <w:spacing w:after="0" w:line="240" w:lineRule="auto"/>
              <w:jc w:val="center"/>
            </w:pPr>
            <w:r>
              <w:rPr>
                <w:b/>
                <w:sz w:val="17"/>
              </w:rPr>
              <w:t>Датум</w:t>
            </w:r>
          </w:p>
        </w:tc>
        <w:tc>
          <w:tcPr>
            <w:tcW w:w="1972" w:type="dxa"/>
            <w:shd w:val="clear" w:color="auto" w:fill="D9E2F3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0D519A3" w14:textId="77777777" w:rsidR="002F1A1B" w:rsidRDefault="00000000">
            <w:pPr>
              <w:spacing w:after="0" w:line="240" w:lineRule="auto"/>
              <w:jc w:val="center"/>
            </w:pPr>
            <w:r>
              <w:rPr>
                <w:b/>
                <w:sz w:val="17"/>
              </w:rPr>
              <w:t>Главне теме</w:t>
            </w:r>
          </w:p>
        </w:tc>
        <w:tc>
          <w:tcPr>
            <w:tcW w:w="1972" w:type="dxa"/>
            <w:shd w:val="clear" w:color="auto" w:fill="D9E2F3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A455B74" w14:textId="77777777" w:rsidR="002F1A1B" w:rsidRDefault="00000000">
            <w:pPr>
              <w:spacing w:after="0" w:line="240" w:lineRule="auto"/>
              <w:jc w:val="center"/>
            </w:pPr>
            <w:r>
              <w:rPr>
                <w:b/>
                <w:sz w:val="17"/>
              </w:rPr>
              <w:t>Најважније одлуке</w:t>
            </w:r>
          </w:p>
        </w:tc>
      </w:tr>
      <w:tr w:rsidR="002F1A1B" w14:paraId="358BA52C" w14:textId="77777777">
        <w:trPr>
          <w:jc w:val="center"/>
        </w:trPr>
        <w:tc>
          <w:tcPr>
            <w:tcW w:w="1972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D7EDABE" w14:textId="77777777" w:rsidR="002F1A1B" w:rsidRDefault="00000000">
            <w:pPr>
              <w:spacing w:after="0" w:line="240" w:lineRule="auto"/>
              <w:jc w:val="center"/>
            </w:pPr>
            <w:r>
              <w:rPr>
                <w:sz w:val="17"/>
              </w:rPr>
              <w:t>1.</w:t>
            </w:r>
          </w:p>
        </w:tc>
        <w:tc>
          <w:tcPr>
            <w:tcW w:w="1972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69A7640" w14:textId="77777777" w:rsidR="002F1A1B" w:rsidRDefault="00000000">
            <w:pPr>
              <w:spacing w:after="0" w:line="240" w:lineRule="auto"/>
              <w:jc w:val="center"/>
            </w:pPr>
            <w:r>
              <w:rPr>
                <w:sz w:val="17"/>
              </w:rPr>
              <w:t>Редовна седница</w:t>
            </w:r>
          </w:p>
        </w:tc>
        <w:tc>
          <w:tcPr>
            <w:tcW w:w="1972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EB75D2C" w14:textId="637FE6C9" w:rsidR="002F1A1B" w:rsidRDefault="002A0965">
            <w:pPr>
              <w:spacing w:after="0" w:line="240" w:lineRule="auto"/>
              <w:jc w:val="center"/>
            </w:pPr>
            <w:r>
              <w:rPr>
                <w:sz w:val="17"/>
              </w:rPr>
              <w:t>20.01.</w:t>
            </w:r>
            <w:r w:rsidR="004B49D4">
              <w:rPr>
                <w:sz w:val="17"/>
              </w:rPr>
              <w:t>2025</w:t>
            </w:r>
            <w:r>
              <w:rPr>
                <w:sz w:val="17"/>
              </w:rPr>
              <w:t>.</w:t>
            </w:r>
          </w:p>
        </w:tc>
        <w:tc>
          <w:tcPr>
            <w:tcW w:w="1972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B7E5EB6" w14:textId="77777777" w:rsidR="002F1A1B" w:rsidRDefault="00000000">
            <w:pPr>
              <w:spacing w:after="0" w:line="240" w:lineRule="auto"/>
            </w:pPr>
            <w:r>
              <w:rPr>
                <w:sz w:val="17"/>
              </w:rPr>
              <w:t>Усвајање плана рада, финансијског плана и расподела задужења.</w:t>
            </w:r>
          </w:p>
        </w:tc>
        <w:tc>
          <w:tcPr>
            <w:tcW w:w="1972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A046461" w14:textId="77777777" w:rsidR="002F1A1B" w:rsidRDefault="00000000">
            <w:pPr>
              <w:spacing w:after="0" w:line="240" w:lineRule="auto"/>
            </w:pPr>
            <w:r>
              <w:rPr>
                <w:i/>
                <w:sz w:val="17"/>
              </w:rPr>
              <w:t>[унети сажетак одлука]</w:t>
            </w:r>
          </w:p>
        </w:tc>
      </w:tr>
      <w:tr w:rsidR="002F1A1B" w14:paraId="103CC449" w14:textId="77777777">
        <w:trPr>
          <w:jc w:val="center"/>
        </w:trPr>
        <w:tc>
          <w:tcPr>
            <w:tcW w:w="1972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94C4AD9" w14:textId="77777777" w:rsidR="002F1A1B" w:rsidRDefault="00000000">
            <w:pPr>
              <w:spacing w:after="0" w:line="240" w:lineRule="auto"/>
              <w:jc w:val="center"/>
            </w:pPr>
            <w:r>
              <w:rPr>
                <w:sz w:val="17"/>
              </w:rPr>
              <w:t>2.</w:t>
            </w:r>
          </w:p>
        </w:tc>
        <w:tc>
          <w:tcPr>
            <w:tcW w:w="1972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EE033B6" w14:textId="77777777" w:rsidR="002F1A1B" w:rsidRDefault="00000000">
            <w:pPr>
              <w:spacing w:after="0" w:line="240" w:lineRule="auto"/>
              <w:jc w:val="center"/>
            </w:pPr>
            <w:r>
              <w:rPr>
                <w:sz w:val="17"/>
              </w:rPr>
              <w:t>Редовна седница</w:t>
            </w:r>
          </w:p>
        </w:tc>
        <w:tc>
          <w:tcPr>
            <w:tcW w:w="1972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A2C8E87" w14:textId="6C004C89" w:rsidR="002F1A1B" w:rsidRDefault="002A0965">
            <w:pPr>
              <w:spacing w:after="0" w:line="240" w:lineRule="auto"/>
              <w:jc w:val="center"/>
            </w:pPr>
            <w:r>
              <w:rPr>
                <w:sz w:val="17"/>
              </w:rPr>
              <w:t>22.12.</w:t>
            </w:r>
            <w:r w:rsidR="004B49D4">
              <w:rPr>
                <w:sz w:val="17"/>
              </w:rPr>
              <w:t>2025</w:t>
            </w:r>
            <w:r>
              <w:rPr>
                <w:sz w:val="17"/>
              </w:rPr>
              <w:t>.</w:t>
            </w:r>
          </w:p>
        </w:tc>
        <w:tc>
          <w:tcPr>
            <w:tcW w:w="1972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A64C0D6" w14:textId="77777777" w:rsidR="002F1A1B" w:rsidRDefault="00000000">
            <w:pPr>
              <w:spacing w:after="0" w:line="240" w:lineRule="auto"/>
            </w:pPr>
            <w:r>
              <w:rPr>
                <w:sz w:val="17"/>
              </w:rPr>
              <w:t>Разматрање реализације активности, финансија и плана до краја године.</w:t>
            </w:r>
          </w:p>
        </w:tc>
        <w:tc>
          <w:tcPr>
            <w:tcW w:w="1972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646ABE1" w14:textId="77777777" w:rsidR="002F1A1B" w:rsidRDefault="00000000">
            <w:pPr>
              <w:spacing w:after="0" w:line="240" w:lineRule="auto"/>
            </w:pPr>
            <w:r>
              <w:rPr>
                <w:i/>
                <w:sz w:val="17"/>
              </w:rPr>
              <w:t>[унети сажетак одлука]</w:t>
            </w:r>
          </w:p>
        </w:tc>
      </w:tr>
      <w:tr w:rsidR="002F1A1B" w14:paraId="306DEF52" w14:textId="77777777">
        <w:trPr>
          <w:jc w:val="center"/>
        </w:trPr>
        <w:tc>
          <w:tcPr>
            <w:tcW w:w="1972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642ED6E" w14:textId="77777777" w:rsidR="002F1A1B" w:rsidRDefault="00000000">
            <w:pPr>
              <w:spacing w:after="0" w:line="240" w:lineRule="auto"/>
              <w:jc w:val="center"/>
            </w:pPr>
            <w:r>
              <w:rPr>
                <w:sz w:val="17"/>
              </w:rPr>
              <w:t>3.</w:t>
            </w:r>
          </w:p>
        </w:tc>
        <w:tc>
          <w:tcPr>
            <w:tcW w:w="1972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09B3E52" w14:textId="77777777" w:rsidR="002F1A1B" w:rsidRDefault="00000000">
            <w:pPr>
              <w:spacing w:after="0" w:line="240" w:lineRule="auto"/>
              <w:jc w:val="center"/>
            </w:pPr>
            <w:r>
              <w:rPr>
                <w:sz w:val="17"/>
              </w:rPr>
              <w:t>Ванредна седница</w:t>
            </w:r>
          </w:p>
        </w:tc>
        <w:tc>
          <w:tcPr>
            <w:tcW w:w="1972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EB2B3D1" w14:textId="5E4F9E7A" w:rsidR="002F1A1B" w:rsidRDefault="00DC5FD8">
            <w:pPr>
              <w:spacing w:after="0" w:line="240" w:lineRule="auto"/>
              <w:jc w:val="center"/>
            </w:pPr>
            <w:r>
              <w:rPr>
                <w:sz w:val="17"/>
              </w:rPr>
              <w:t>/</w:t>
            </w:r>
          </w:p>
        </w:tc>
        <w:tc>
          <w:tcPr>
            <w:tcW w:w="1972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8A94592" w14:textId="77777777" w:rsidR="002F1A1B" w:rsidRDefault="00000000">
            <w:pPr>
              <w:spacing w:after="0" w:line="240" w:lineRule="auto"/>
            </w:pPr>
            <w:r>
              <w:rPr>
                <w:sz w:val="17"/>
              </w:rPr>
              <w:t>Разматрање питања које је захтевало хитно одлучивање Скупштине.</w:t>
            </w:r>
          </w:p>
        </w:tc>
        <w:tc>
          <w:tcPr>
            <w:tcW w:w="1972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0DEDA69" w14:textId="5373CB85" w:rsidR="002F1A1B" w:rsidRDefault="00DC5FD8" w:rsidP="00DC5FD8">
            <w:pPr>
              <w:spacing w:after="0" w:line="240" w:lineRule="auto"/>
              <w:jc w:val="center"/>
            </w:pPr>
            <w:r>
              <w:t>/</w:t>
            </w:r>
          </w:p>
        </w:tc>
      </w:tr>
    </w:tbl>
    <w:p w14:paraId="0482FC54" w14:textId="77777777" w:rsidR="002F1A1B" w:rsidRDefault="00000000">
      <w:pPr>
        <w:keepNext/>
        <w:spacing w:before="160" w:after="80"/>
      </w:pPr>
      <w:r>
        <w:rPr>
          <w:b/>
          <w:sz w:val="22"/>
        </w:rPr>
        <w:lastRenderedPageBreak/>
        <w:t>5. ПРЕГЛЕД РЕАЛИЗОВАНИХ АКТИВНОСТИ</w:t>
      </w:r>
    </w:p>
    <w:p w14:paraId="3016C655" w14:textId="77777777" w:rsidR="002F1A1B" w:rsidRDefault="00000000">
      <w:pPr>
        <w:ind w:firstLine="397"/>
        <w:jc w:val="both"/>
      </w:pPr>
      <w:r>
        <w:t>Активности Удружења током извештајне године биле су усмерене на остваривање статутарних циљева, реализацију уговорених послова, развој дигиталних решења, техничку подршку партнерима, едукацију и унапређивање дигиталне писмености.</w:t>
      </w:r>
    </w:p>
    <w:p w14:paraId="74C37DF9" w14:textId="77777777" w:rsidR="002F1A1B" w:rsidRDefault="00000000">
      <w:pPr>
        <w:keepNext/>
        <w:spacing w:before="100" w:after="80"/>
      </w:pPr>
      <w:r>
        <w:rPr>
          <w:b/>
        </w:rPr>
        <w:t>5.1. Веб-развој, одржавање и техничка подршка</w:t>
      </w:r>
    </w:p>
    <w:p w14:paraId="0AC4A429" w14:textId="77777777" w:rsidR="002F1A1B" w:rsidRDefault="00000000">
      <w:pPr>
        <w:pStyle w:val="ListBullet"/>
        <w:spacing w:after="30" w:line="252" w:lineRule="auto"/>
        <w:ind w:left="340" w:hanging="142"/>
      </w:pPr>
      <w:r>
        <w:t>израда, уређење, одржавање и унапређивање веб-презентација и интернет продавница;</w:t>
      </w:r>
    </w:p>
    <w:p w14:paraId="34DA5F2F" w14:textId="77777777" w:rsidR="002F1A1B" w:rsidRDefault="00000000">
      <w:pPr>
        <w:pStyle w:val="ListBullet"/>
        <w:spacing w:after="30" w:line="252" w:lineRule="auto"/>
        <w:ind w:left="340" w:hanging="142"/>
      </w:pPr>
      <w:r>
        <w:t>техничка подршка у раду са системима за управљање садржајем, производима и документацијом;</w:t>
      </w:r>
    </w:p>
    <w:p w14:paraId="388260F2" w14:textId="77777777" w:rsidR="002F1A1B" w:rsidRDefault="00000000">
      <w:pPr>
        <w:pStyle w:val="ListBullet"/>
        <w:spacing w:after="30" w:line="252" w:lineRule="auto"/>
        <w:ind w:left="340" w:hanging="142"/>
      </w:pPr>
      <w:r>
        <w:t>повезивање домена и хостинга, основна подешавања и праћење исправности дигиталних услуга;</w:t>
      </w:r>
    </w:p>
    <w:p w14:paraId="7CCDF9B4" w14:textId="77777777" w:rsidR="002F1A1B" w:rsidRDefault="00000000">
      <w:pPr>
        <w:pStyle w:val="ListBullet"/>
        <w:spacing w:after="30" w:line="252" w:lineRule="auto"/>
        <w:ind w:left="340" w:hanging="142"/>
      </w:pPr>
      <w:r>
        <w:t>примена софтверских и аутоматизованих процеса у раду Удружења и партнера.</w:t>
      </w:r>
    </w:p>
    <w:p w14:paraId="04F16DC6" w14:textId="77777777" w:rsidR="002F1A1B" w:rsidRDefault="00000000">
      <w:pPr>
        <w:keepNext/>
        <w:spacing w:before="100" w:after="80"/>
      </w:pPr>
      <w:r>
        <w:rPr>
          <w:b/>
        </w:rPr>
        <w:t>5.2. Дигитални маркетинг и онлајн канали</w:t>
      </w:r>
    </w:p>
    <w:p w14:paraId="3D0CF050" w14:textId="77777777" w:rsidR="002F1A1B" w:rsidRDefault="00000000">
      <w:pPr>
        <w:pStyle w:val="ListBullet"/>
        <w:spacing w:after="30" w:line="252" w:lineRule="auto"/>
        <w:ind w:left="340" w:hanging="142"/>
      </w:pPr>
      <w:r>
        <w:t>SEO оптимизација веб-сајтова и уређење интернет садржаја;</w:t>
      </w:r>
    </w:p>
    <w:p w14:paraId="346C0D6C" w14:textId="77777777" w:rsidR="002F1A1B" w:rsidRDefault="00000000">
      <w:pPr>
        <w:pStyle w:val="ListBullet"/>
        <w:spacing w:after="30" w:line="252" w:lineRule="auto"/>
        <w:ind w:left="340" w:hanging="142"/>
      </w:pPr>
      <w:r>
        <w:t>уређење и одржавање профила на друштвеним мрежама и YouTube каналима;</w:t>
      </w:r>
    </w:p>
    <w:p w14:paraId="304BB257" w14:textId="77777777" w:rsidR="002F1A1B" w:rsidRDefault="00000000">
      <w:pPr>
        <w:pStyle w:val="ListBullet"/>
        <w:spacing w:after="30" w:line="252" w:lineRule="auto"/>
        <w:ind w:left="340" w:hanging="142"/>
      </w:pPr>
      <w:r>
        <w:t>одржавање и праћење Google Business Profile и Google Analytics платформи;</w:t>
      </w:r>
    </w:p>
    <w:p w14:paraId="63057FBB" w14:textId="77777777" w:rsidR="002F1A1B" w:rsidRDefault="00000000">
      <w:pPr>
        <w:pStyle w:val="ListBullet"/>
        <w:spacing w:after="30" w:line="252" w:lineRule="auto"/>
        <w:ind w:left="340" w:hanging="142"/>
      </w:pPr>
      <w:r>
        <w:t>припрема текстуалних, графичких и промотивних материјала.</w:t>
      </w:r>
    </w:p>
    <w:p w14:paraId="650217C0" w14:textId="77777777" w:rsidR="002F1A1B" w:rsidRDefault="00000000">
      <w:pPr>
        <w:keepNext/>
        <w:spacing w:before="100" w:after="80"/>
      </w:pPr>
      <w:r>
        <w:rPr>
          <w:b/>
        </w:rPr>
        <w:t>5.3. Обуке и развој дигиталне писмености</w:t>
      </w:r>
    </w:p>
    <w:p w14:paraId="1C561365" w14:textId="77777777" w:rsidR="002F1A1B" w:rsidRDefault="00000000">
      <w:pPr>
        <w:pStyle w:val="ListBullet"/>
        <w:spacing w:after="30" w:line="252" w:lineRule="auto"/>
        <w:ind w:left="340" w:hanging="142"/>
      </w:pPr>
      <w:r>
        <w:t>обуке запослених и сарадника за управљање садржајем и дигиталним платформама;</w:t>
      </w:r>
    </w:p>
    <w:p w14:paraId="2D32B9B9" w14:textId="77777777" w:rsidR="002F1A1B" w:rsidRDefault="00000000">
      <w:pPr>
        <w:pStyle w:val="ListBullet"/>
        <w:spacing w:after="30" w:line="252" w:lineRule="auto"/>
        <w:ind w:left="340" w:hanging="142"/>
      </w:pPr>
      <w:r>
        <w:t>стручно усавршавање у области веб-развоја, AI алата, Microsoft 365 и Adobe програма;</w:t>
      </w:r>
    </w:p>
    <w:p w14:paraId="0E0BB23F" w14:textId="77777777" w:rsidR="002F1A1B" w:rsidRDefault="00000000">
      <w:pPr>
        <w:pStyle w:val="ListBullet"/>
        <w:spacing w:after="30" w:line="252" w:lineRule="auto"/>
        <w:ind w:left="340" w:hanging="142"/>
      </w:pPr>
      <w:r>
        <w:t>размена знања и практична подршка члановима и партнерима.</w:t>
      </w:r>
    </w:p>
    <w:p w14:paraId="71C1CBAA" w14:textId="77777777" w:rsidR="002F1A1B" w:rsidRDefault="00000000">
      <w:pPr>
        <w:keepNext/>
        <w:spacing w:before="160" w:after="80"/>
      </w:pPr>
      <w:r>
        <w:rPr>
          <w:b/>
          <w:sz w:val="22"/>
        </w:rPr>
        <w:t>6. ПРОЈЕКТИ И САРАДЊА СА ПАРТНЕРИМА</w:t>
      </w:r>
    </w:p>
    <w:p w14:paraId="32AF1C1D" w14:textId="54357A8D" w:rsidR="002F1A1B" w:rsidRDefault="00000000">
      <w:pPr>
        <w:ind w:firstLine="397"/>
        <w:jc w:val="both"/>
      </w:pPr>
      <w:r>
        <w:t xml:space="preserve">Удружење је током </w:t>
      </w:r>
      <w:r w:rsidR="004B49D4">
        <w:t>2025</w:t>
      </w:r>
      <w:r>
        <w:t>. године наставило или успоставило сарадњу са привредним субјектима, установама и другим партнерима. У наставку се уноси преглед уговорених и реализованих активности.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972"/>
        <w:gridCol w:w="1972"/>
        <w:gridCol w:w="1972"/>
        <w:gridCol w:w="1972"/>
        <w:gridCol w:w="1972"/>
      </w:tblGrid>
      <w:tr w:rsidR="002F1A1B" w14:paraId="4141793D" w14:textId="77777777">
        <w:trPr>
          <w:tblHeader/>
          <w:jc w:val="center"/>
        </w:trPr>
        <w:tc>
          <w:tcPr>
            <w:tcW w:w="1972" w:type="dxa"/>
            <w:shd w:val="clear" w:color="auto" w:fill="FCE4D6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2D658D5" w14:textId="77777777" w:rsidR="002F1A1B" w:rsidRDefault="00000000">
            <w:pPr>
              <w:spacing w:after="0" w:line="240" w:lineRule="auto"/>
              <w:jc w:val="center"/>
            </w:pPr>
            <w:r>
              <w:rPr>
                <w:b/>
                <w:sz w:val="17"/>
              </w:rPr>
              <w:t>Партнер / пројекат</w:t>
            </w:r>
          </w:p>
        </w:tc>
        <w:tc>
          <w:tcPr>
            <w:tcW w:w="1972" w:type="dxa"/>
            <w:shd w:val="clear" w:color="auto" w:fill="FCE4D6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41AA41D" w14:textId="77777777" w:rsidR="002F1A1B" w:rsidRDefault="00000000">
            <w:pPr>
              <w:spacing w:after="0" w:line="240" w:lineRule="auto"/>
              <w:jc w:val="center"/>
            </w:pPr>
            <w:r>
              <w:rPr>
                <w:b/>
                <w:sz w:val="17"/>
              </w:rPr>
              <w:t>Период реализације</w:t>
            </w:r>
          </w:p>
        </w:tc>
        <w:tc>
          <w:tcPr>
            <w:tcW w:w="1972" w:type="dxa"/>
            <w:shd w:val="clear" w:color="auto" w:fill="FCE4D6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D16EA58" w14:textId="77777777" w:rsidR="002F1A1B" w:rsidRDefault="00000000">
            <w:pPr>
              <w:spacing w:after="0" w:line="240" w:lineRule="auto"/>
              <w:jc w:val="center"/>
            </w:pPr>
            <w:r>
              <w:rPr>
                <w:b/>
                <w:sz w:val="17"/>
              </w:rPr>
              <w:t>Предмет активности</w:t>
            </w:r>
          </w:p>
        </w:tc>
        <w:tc>
          <w:tcPr>
            <w:tcW w:w="1972" w:type="dxa"/>
            <w:shd w:val="clear" w:color="auto" w:fill="FCE4D6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328FB79" w14:textId="77777777" w:rsidR="002F1A1B" w:rsidRDefault="00000000">
            <w:pPr>
              <w:spacing w:after="0" w:line="240" w:lineRule="auto"/>
              <w:jc w:val="center"/>
            </w:pPr>
            <w:r>
              <w:rPr>
                <w:b/>
                <w:sz w:val="17"/>
              </w:rPr>
              <w:t>Уговорена вредност</w:t>
            </w:r>
          </w:p>
        </w:tc>
        <w:tc>
          <w:tcPr>
            <w:tcW w:w="1972" w:type="dxa"/>
            <w:shd w:val="clear" w:color="auto" w:fill="FCE4D6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6443210" w14:textId="77777777" w:rsidR="002F1A1B" w:rsidRDefault="00000000">
            <w:pPr>
              <w:spacing w:after="0" w:line="240" w:lineRule="auto"/>
              <w:jc w:val="center"/>
            </w:pPr>
            <w:r>
              <w:rPr>
                <w:b/>
                <w:sz w:val="17"/>
              </w:rPr>
              <w:t>Статус</w:t>
            </w:r>
          </w:p>
        </w:tc>
      </w:tr>
      <w:tr w:rsidR="00234187" w14:paraId="29AD29AF" w14:textId="77777777">
        <w:trPr>
          <w:jc w:val="center"/>
        </w:trPr>
        <w:tc>
          <w:tcPr>
            <w:tcW w:w="1972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7D4E272" w14:textId="77777777" w:rsidR="00234187" w:rsidRDefault="00234187" w:rsidP="00234187">
            <w:pPr>
              <w:spacing w:after="0" w:line="240" w:lineRule="auto"/>
            </w:pPr>
            <w:r>
              <w:rPr>
                <w:sz w:val="17"/>
              </w:rPr>
              <w:t>Ballary.rs</w:t>
            </w:r>
          </w:p>
        </w:tc>
        <w:tc>
          <w:tcPr>
            <w:tcW w:w="1972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CFFD542" w14:textId="6721577E" w:rsidR="00234187" w:rsidRDefault="00234187" w:rsidP="00234187">
            <w:pPr>
              <w:spacing w:after="0" w:line="240" w:lineRule="auto"/>
            </w:pPr>
            <w:r>
              <w:rPr>
                <w:sz w:val="19"/>
              </w:rPr>
              <w:t>01.01.2025–31.12.2025. године</w:t>
            </w:r>
          </w:p>
        </w:tc>
        <w:tc>
          <w:tcPr>
            <w:tcW w:w="1972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DA4EE09" w14:textId="77777777" w:rsidR="00234187" w:rsidRDefault="00234187" w:rsidP="00234187">
            <w:pPr>
              <w:spacing w:after="0" w:line="240" w:lineRule="auto"/>
            </w:pPr>
            <w:r>
              <w:rPr>
                <w:sz w:val="17"/>
              </w:rPr>
              <w:t>Уређење и одржавање интернет продавнице.</w:t>
            </w:r>
          </w:p>
        </w:tc>
        <w:tc>
          <w:tcPr>
            <w:tcW w:w="1972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B4CBDCA" w14:textId="072C3C4A" w:rsidR="00234187" w:rsidRPr="00234187" w:rsidRDefault="00234187" w:rsidP="00234187">
            <w:pPr>
              <w:spacing w:after="0" w:line="240" w:lineRule="auto"/>
              <w:rPr>
                <w:iCs/>
                <w:lang w:val="sr-Cyrl-RS"/>
              </w:rPr>
            </w:pPr>
            <w:r w:rsidRPr="00234187">
              <w:rPr>
                <w:iCs/>
                <w:sz w:val="17"/>
                <w:lang w:val="sr-Cyrl-RS"/>
              </w:rPr>
              <w:t>405.000,00 динара</w:t>
            </w:r>
          </w:p>
        </w:tc>
        <w:tc>
          <w:tcPr>
            <w:tcW w:w="1972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A19C526" w14:textId="37A94E22" w:rsidR="00234187" w:rsidRDefault="00234187" w:rsidP="00234187">
            <w:pPr>
              <w:spacing w:after="0" w:line="240" w:lineRule="auto"/>
            </w:pPr>
            <w:r>
              <w:rPr>
                <w:i/>
                <w:sz w:val="17"/>
              </w:rPr>
              <w:t>[реализовано]</w:t>
            </w:r>
          </w:p>
        </w:tc>
      </w:tr>
      <w:tr w:rsidR="00234187" w14:paraId="6E20CF6F" w14:textId="77777777">
        <w:trPr>
          <w:jc w:val="center"/>
        </w:trPr>
        <w:tc>
          <w:tcPr>
            <w:tcW w:w="1972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324E11C" w14:textId="77777777" w:rsidR="00234187" w:rsidRDefault="00234187" w:rsidP="00234187">
            <w:pPr>
              <w:spacing w:after="0" w:line="240" w:lineRule="auto"/>
            </w:pPr>
            <w:r>
              <w:rPr>
                <w:sz w:val="17"/>
              </w:rPr>
              <w:t>Ottobock Србија</w:t>
            </w:r>
          </w:p>
        </w:tc>
        <w:tc>
          <w:tcPr>
            <w:tcW w:w="1972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8DCD466" w14:textId="19B28F4D" w:rsidR="00234187" w:rsidRDefault="00234187" w:rsidP="00234187">
            <w:pPr>
              <w:spacing w:after="0" w:line="240" w:lineRule="auto"/>
            </w:pPr>
            <w:r>
              <w:rPr>
                <w:sz w:val="19"/>
              </w:rPr>
              <w:t>01.01.2025–31.12.2025. године</w:t>
            </w:r>
          </w:p>
        </w:tc>
        <w:tc>
          <w:tcPr>
            <w:tcW w:w="1972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ACD362D" w14:textId="77777777" w:rsidR="00234187" w:rsidRDefault="00234187" w:rsidP="00234187">
            <w:pPr>
              <w:spacing w:after="0" w:line="240" w:lineRule="auto"/>
            </w:pPr>
            <w:r>
              <w:rPr>
                <w:sz w:val="17"/>
              </w:rPr>
              <w:t>SEO, одржавање сајта и дигиталних платформи.</w:t>
            </w:r>
          </w:p>
        </w:tc>
        <w:tc>
          <w:tcPr>
            <w:tcW w:w="1972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DA4567B" w14:textId="109FB175" w:rsidR="00234187" w:rsidRDefault="00234187" w:rsidP="00234187">
            <w:pPr>
              <w:spacing w:after="0" w:line="240" w:lineRule="auto"/>
            </w:pPr>
            <w:r>
              <w:rPr>
                <w:iCs/>
                <w:sz w:val="17"/>
                <w:lang w:val="sr-Cyrl-RS"/>
              </w:rPr>
              <w:t>342</w:t>
            </w:r>
            <w:r w:rsidRPr="00234187">
              <w:rPr>
                <w:iCs/>
                <w:sz w:val="17"/>
                <w:lang w:val="sr-Cyrl-RS"/>
              </w:rPr>
              <w:t>.000,00 динара</w:t>
            </w:r>
          </w:p>
        </w:tc>
        <w:tc>
          <w:tcPr>
            <w:tcW w:w="1972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496895F" w14:textId="2445E723" w:rsidR="00234187" w:rsidRDefault="00234187" w:rsidP="00234187">
            <w:pPr>
              <w:spacing w:after="0" w:line="240" w:lineRule="auto"/>
            </w:pPr>
            <w:r>
              <w:rPr>
                <w:i/>
                <w:sz w:val="17"/>
              </w:rPr>
              <w:t>[реализовано]</w:t>
            </w:r>
          </w:p>
        </w:tc>
      </w:tr>
      <w:tr w:rsidR="00234187" w14:paraId="1DA07E8C" w14:textId="77777777">
        <w:trPr>
          <w:jc w:val="center"/>
        </w:trPr>
        <w:tc>
          <w:tcPr>
            <w:tcW w:w="1972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830BF50" w14:textId="1B1BABBD" w:rsidR="00234187" w:rsidRPr="00234187" w:rsidRDefault="00234187" w:rsidP="00234187">
            <w:pPr>
              <w:spacing w:after="0" w:line="240" w:lineRule="auto"/>
              <w:rPr>
                <w:sz w:val="17"/>
                <w:lang w:val="sr-Cyrl-RS"/>
              </w:rPr>
            </w:pPr>
            <w:r>
              <w:rPr>
                <w:sz w:val="17"/>
                <w:lang w:val="sr-Cyrl-RS"/>
              </w:rPr>
              <w:t>Спортски савез општине Топола</w:t>
            </w:r>
          </w:p>
        </w:tc>
        <w:tc>
          <w:tcPr>
            <w:tcW w:w="1972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1285459" w14:textId="2B242668" w:rsidR="00234187" w:rsidRDefault="00234187" w:rsidP="00234187">
            <w:pPr>
              <w:spacing w:after="0" w:line="240" w:lineRule="auto"/>
              <w:rPr>
                <w:i/>
                <w:sz w:val="17"/>
              </w:rPr>
            </w:pPr>
            <w:r>
              <w:rPr>
                <w:sz w:val="19"/>
              </w:rPr>
              <w:t>01.</w:t>
            </w:r>
            <w:r>
              <w:rPr>
                <w:sz w:val="19"/>
                <w:lang w:val="sr-Cyrl-RS"/>
              </w:rPr>
              <w:t>12</w:t>
            </w:r>
            <w:r>
              <w:rPr>
                <w:sz w:val="19"/>
              </w:rPr>
              <w:t>.2025–31.</w:t>
            </w:r>
            <w:r>
              <w:rPr>
                <w:sz w:val="19"/>
                <w:lang w:val="sr-Cyrl-RS"/>
              </w:rPr>
              <w:t>12</w:t>
            </w:r>
            <w:r>
              <w:rPr>
                <w:sz w:val="19"/>
              </w:rPr>
              <w:t>.2025. године</w:t>
            </w:r>
          </w:p>
        </w:tc>
        <w:tc>
          <w:tcPr>
            <w:tcW w:w="1972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338D6F0" w14:textId="6D5A8E4B" w:rsidR="00234187" w:rsidRDefault="00234187" w:rsidP="00234187">
            <w:pPr>
              <w:spacing w:after="0" w:line="240" w:lineRule="auto"/>
              <w:rPr>
                <w:sz w:val="17"/>
              </w:rPr>
            </w:pPr>
            <w:r>
              <w:rPr>
                <w:sz w:val="17"/>
              </w:rPr>
              <w:t>Одржавање сајта, обука, домен и хостинг, техничка подршка.</w:t>
            </w:r>
          </w:p>
        </w:tc>
        <w:tc>
          <w:tcPr>
            <w:tcW w:w="1972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69A91A7" w14:textId="569CE62E" w:rsidR="00234187" w:rsidRPr="00234187" w:rsidRDefault="00234187" w:rsidP="00234187">
            <w:pPr>
              <w:spacing w:after="0" w:line="240" w:lineRule="auto"/>
              <w:rPr>
                <w:iCs/>
                <w:sz w:val="17"/>
                <w:lang w:val="sr-Cyrl-RS"/>
              </w:rPr>
            </w:pPr>
            <w:r w:rsidRPr="00234187">
              <w:rPr>
                <w:iCs/>
                <w:sz w:val="17"/>
                <w:lang w:val="sr-Cyrl-RS"/>
              </w:rPr>
              <w:t>80.000,00 динара</w:t>
            </w:r>
          </w:p>
        </w:tc>
        <w:tc>
          <w:tcPr>
            <w:tcW w:w="1972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2D26CB0" w14:textId="1A333D05" w:rsidR="00234187" w:rsidRDefault="00234187" w:rsidP="00234187">
            <w:pPr>
              <w:spacing w:after="0" w:line="240" w:lineRule="auto"/>
              <w:rPr>
                <w:i/>
                <w:sz w:val="17"/>
              </w:rPr>
            </w:pPr>
            <w:r>
              <w:rPr>
                <w:i/>
                <w:sz w:val="17"/>
              </w:rPr>
              <w:t>[реализовано]</w:t>
            </w:r>
          </w:p>
        </w:tc>
      </w:tr>
      <w:tr w:rsidR="00234187" w14:paraId="66E310E9" w14:textId="77777777">
        <w:trPr>
          <w:jc w:val="center"/>
        </w:trPr>
        <w:tc>
          <w:tcPr>
            <w:tcW w:w="1972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0E9F57E" w14:textId="77777777" w:rsidR="00234187" w:rsidRDefault="00234187" w:rsidP="00234187">
            <w:pPr>
              <w:spacing w:after="0" w:line="240" w:lineRule="auto"/>
            </w:pPr>
            <w:r>
              <w:rPr>
                <w:sz w:val="17"/>
              </w:rPr>
              <w:t>Topotehnika d.o.o.</w:t>
            </w:r>
          </w:p>
        </w:tc>
        <w:tc>
          <w:tcPr>
            <w:tcW w:w="1972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A7BC89A" w14:textId="1007D172" w:rsidR="00234187" w:rsidRDefault="00234187" w:rsidP="00234187">
            <w:pPr>
              <w:spacing w:after="0" w:line="240" w:lineRule="auto"/>
            </w:pPr>
            <w:r>
              <w:rPr>
                <w:sz w:val="19"/>
              </w:rPr>
              <w:t>01.0</w:t>
            </w:r>
            <w:r>
              <w:rPr>
                <w:sz w:val="19"/>
                <w:lang w:val="sr-Cyrl-RS"/>
              </w:rPr>
              <w:t>5</w:t>
            </w:r>
            <w:r>
              <w:rPr>
                <w:sz w:val="19"/>
              </w:rPr>
              <w:t>.2025–31.</w:t>
            </w:r>
            <w:r>
              <w:rPr>
                <w:sz w:val="19"/>
                <w:lang w:val="sr-Cyrl-RS"/>
              </w:rPr>
              <w:t>05</w:t>
            </w:r>
            <w:r>
              <w:rPr>
                <w:sz w:val="19"/>
              </w:rPr>
              <w:t>.2025. године</w:t>
            </w:r>
          </w:p>
        </w:tc>
        <w:tc>
          <w:tcPr>
            <w:tcW w:w="1972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9CB9004" w14:textId="77777777" w:rsidR="00234187" w:rsidRDefault="00234187" w:rsidP="00234187">
            <w:pPr>
              <w:spacing w:after="0" w:line="240" w:lineRule="auto"/>
            </w:pPr>
            <w:r>
              <w:rPr>
                <w:sz w:val="17"/>
              </w:rPr>
              <w:t>Одржавање сајта, обука, домен и хостинг, техничка подршка.</w:t>
            </w:r>
          </w:p>
        </w:tc>
        <w:tc>
          <w:tcPr>
            <w:tcW w:w="1972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160BBA6" w14:textId="0DECD9DE" w:rsidR="00234187" w:rsidRPr="00234187" w:rsidRDefault="00234187" w:rsidP="00234187">
            <w:pPr>
              <w:spacing w:after="0" w:line="240" w:lineRule="auto"/>
              <w:rPr>
                <w:iCs/>
              </w:rPr>
            </w:pPr>
            <w:r w:rsidRPr="00234187">
              <w:rPr>
                <w:iCs/>
                <w:sz w:val="17"/>
                <w:lang w:val="sr-Cyrl-RS"/>
              </w:rPr>
              <w:t>45.000,00 динара</w:t>
            </w:r>
          </w:p>
        </w:tc>
        <w:tc>
          <w:tcPr>
            <w:tcW w:w="1972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70BB31D" w14:textId="6CA2148C" w:rsidR="00234187" w:rsidRDefault="00234187" w:rsidP="00234187">
            <w:pPr>
              <w:spacing w:after="0" w:line="240" w:lineRule="auto"/>
            </w:pPr>
            <w:r>
              <w:rPr>
                <w:i/>
                <w:sz w:val="17"/>
              </w:rPr>
              <w:t>[реализовано]</w:t>
            </w:r>
          </w:p>
        </w:tc>
      </w:tr>
      <w:tr w:rsidR="00234187" w14:paraId="05BC4F38" w14:textId="77777777">
        <w:trPr>
          <w:jc w:val="center"/>
        </w:trPr>
        <w:tc>
          <w:tcPr>
            <w:tcW w:w="1972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00CAF62" w14:textId="77777777" w:rsidR="00234187" w:rsidRDefault="00234187" w:rsidP="00234187">
            <w:pPr>
              <w:spacing w:after="0" w:line="240" w:lineRule="auto"/>
            </w:pPr>
            <w:r>
              <w:rPr>
                <w:sz w:val="17"/>
              </w:rPr>
              <w:t>Други партнер / пројекат</w:t>
            </w:r>
          </w:p>
        </w:tc>
        <w:tc>
          <w:tcPr>
            <w:tcW w:w="1972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1B11C4A" w14:textId="6AACAF7B" w:rsidR="00234187" w:rsidRPr="00234187" w:rsidRDefault="00234187" w:rsidP="00234187">
            <w:pPr>
              <w:spacing w:after="0" w:line="240" w:lineRule="auto"/>
              <w:rPr>
                <w:lang w:val="sr-Cyrl-RS"/>
              </w:rPr>
            </w:pPr>
            <w:r>
              <w:rPr>
                <w:i/>
                <w:sz w:val="17"/>
                <w:lang w:val="sr-Cyrl-RS"/>
              </w:rPr>
              <w:t>-</w:t>
            </w:r>
          </w:p>
        </w:tc>
        <w:tc>
          <w:tcPr>
            <w:tcW w:w="1972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2972CFB" w14:textId="0C2139DF" w:rsidR="00234187" w:rsidRPr="00234187" w:rsidRDefault="00234187" w:rsidP="00234187">
            <w:pPr>
              <w:spacing w:after="0" w:line="240" w:lineRule="auto"/>
              <w:rPr>
                <w:lang w:val="sr-Cyrl-RS"/>
              </w:rPr>
            </w:pPr>
            <w:r>
              <w:rPr>
                <w:i/>
                <w:sz w:val="17"/>
                <w:lang w:val="sr-Cyrl-RS"/>
              </w:rPr>
              <w:t>-</w:t>
            </w:r>
          </w:p>
        </w:tc>
        <w:tc>
          <w:tcPr>
            <w:tcW w:w="1972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CA57AD0" w14:textId="17D7F45A" w:rsidR="00234187" w:rsidRPr="00234187" w:rsidRDefault="00234187" w:rsidP="00234187">
            <w:pPr>
              <w:spacing w:after="0" w:line="240" w:lineRule="auto"/>
              <w:rPr>
                <w:lang w:val="sr-Cyrl-RS"/>
              </w:rPr>
            </w:pPr>
            <w:r>
              <w:rPr>
                <w:i/>
                <w:sz w:val="17"/>
                <w:lang w:val="sr-Cyrl-RS"/>
              </w:rPr>
              <w:t>-</w:t>
            </w:r>
          </w:p>
        </w:tc>
        <w:tc>
          <w:tcPr>
            <w:tcW w:w="1972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3657167" w14:textId="400FA672" w:rsidR="00234187" w:rsidRPr="00234187" w:rsidRDefault="00234187" w:rsidP="00234187">
            <w:pPr>
              <w:spacing w:after="0" w:line="240" w:lineRule="auto"/>
              <w:rPr>
                <w:lang w:val="sr-Cyrl-RS"/>
              </w:rPr>
            </w:pPr>
            <w:r>
              <w:rPr>
                <w:lang w:val="sr-Cyrl-RS"/>
              </w:rPr>
              <w:t>-</w:t>
            </w:r>
          </w:p>
        </w:tc>
      </w:tr>
    </w:tbl>
    <w:p w14:paraId="2437BFCF" w14:textId="77777777" w:rsidR="002F1A1B" w:rsidRDefault="00000000">
      <w:pPr>
        <w:keepNext/>
        <w:spacing w:before="160" w:after="80"/>
      </w:pPr>
      <w:r>
        <w:rPr>
          <w:b/>
          <w:sz w:val="22"/>
        </w:rPr>
        <w:t>7. ФИНАНСИЈСКИ ПРЕГЛЕД</w:t>
      </w:r>
    </w:p>
    <w:p w14:paraId="09C61EFA" w14:textId="77777777" w:rsidR="002F1A1B" w:rsidRDefault="00000000">
      <w:pPr>
        <w:ind w:firstLine="397"/>
        <w:jc w:val="both"/>
      </w:pPr>
      <w:r>
        <w:t>Финансијски преглед се попуњава на основу података из пословних књига, банковних извода, уговора, фактура, рачуна и друге веродостојне документације. Износи у овом интерном извештају треба да буду усклађени са евиденцијом књиговодствене агенције.</w:t>
      </w:r>
    </w:p>
    <w:p w14:paraId="109F07D5" w14:textId="77777777" w:rsidR="002F1A1B" w:rsidRDefault="00000000">
      <w:pPr>
        <w:keepNext/>
        <w:spacing w:before="100" w:after="80"/>
      </w:pPr>
      <w:r>
        <w:rPr>
          <w:b/>
        </w:rPr>
        <w:t>7.1. Преглед прихода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286"/>
        <w:gridCol w:w="3286"/>
        <w:gridCol w:w="3286"/>
      </w:tblGrid>
      <w:tr w:rsidR="002F1A1B" w14:paraId="1440200D" w14:textId="77777777">
        <w:trPr>
          <w:tblHeader/>
          <w:jc w:val="center"/>
        </w:trPr>
        <w:tc>
          <w:tcPr>
            <w:tcW w:w="3286" w:type="dxa"/>
            <w:shd w:val="clear" w:color="auto" w:fill="E2F0D9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FFC33E5" w14:textId="77777777" w:rsidR="002F1A1B" w:rsidRDefault="00000000">
            <w:pPr>
              <w:spacing w:after="0" w:line="240" w:lineRule="auto"/>
              <w:jc w:val="center"/>
            </w:pPr>
            <w:r>
              <w:rPr>
                <w:b/>
                <w:sz w:val="18"/>
              </w:rPr>
              <w:t>Извор прихода</w:t>
            </w:r>
          </w:p>
        </w:tc>
        <w:tc>
          <w:tcPr>
            <w:tcW w:w="3286" w:type="dxa"/>
            <w:shd w:val="clear" w:color="auto" w:fill="E2F0D9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95FB6E7" w14:textId="77777777" w:rsidR="002F1A1B" w:rsidRDefault="00000000">
            <w:pPr>
              <w:spacing w:after="0" w:line="240" w:lineRule="auto"/>
              <w:jc w:val="center"/>
            </w:pPr>
            <w:r>
              <w:rPr>
                <w:b/>
                <w:sz w:val="18"/>
              </w:rPr>
              <w:t>Опис</w:t>
            </w:r>
          </w:p>
        </w:tc>
        <w:tc>
          <w:tcPr>
            <w:tcW w:w="3286" w:type="dxa"/>
            <w:shd w:val="clear" w:color="auto" w:fill="E2F0D9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7F8862B" w14:textId="77777777" w:rsidR="002F1A1B" w:rsidRDefault="00000000">
            <w:pPr>
              <w:spacing w:after="0" w:line="240" w:lineRule="auto"/>
              <w:jc w:val="center"/>
            </w:pPr>
            <w:r>
              <w:rPr>
                <w:b/>
                <w:sz w:val="18"/>
              </w:rPr>
              <w:t>Износ (динара)</w:t>
            </w:r>
          </w:p>
        </w:tc>
      </w:tr>
      <w:tr w:rsidR="002F1A1B" w14:paraId="353EB511" w14:textId="77777777">
        <w:trPr>
          <w:jc w:val="center"/>
        </w:trPr>
        <w:tc>
          <w:tcPr>
            <w:tcW w:w="3286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B1A52EF" w14:textId="77777777" w:rsidR="002F1A1B" w:rsidRDefault="00000000">
            <w:pPr>
              <w:spacing w:after="0" w:line="240" w:lineRule="auto"/>
            </w:pPr>
            <w:r>
              <w:rPr>
                <w:sz w:val="18"/>
              </w:rPr>
              <w:t>Приходи од уговорених активности</w:t>
            </w:r>
          </w:p>
        </w:tc>
        <w:tc>
          <w:tcPr>
            <w:tcW w:w="3286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BEC8E37" w14:textId="77777777" w:rsidR="002F1A1B" w:rsidRDefault="00000000">
            <w:pPr>
              <w:spacing w:after="0" w:line="240" w:lineRule="auto"/>
            </w:pPr>
            <w:r>
              <w:rPr>
                <w:sz w:val="18"/>
              </w:rPr>
              <w:t>Веб-развој, одржавање, техничка подршка, обуке и друге услуге.</w:t>
            </w:r>
          </w:p>
        </w:tc>
        <w:tc>
          <w:tcPr>
            <w:tcW w:w="3286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D18A353" w14:textId="4D04AF6E" w:rsidR="002F1A1B" w:rsidRDefault="007962AC">
            <w:pPr>
              <w:spacing w:after="0" w:line="240" w:lineRule="auto"/>
            </w:pPr>
            <w:r w:rsidRPr="00F355B0">
              <w:rPr>
                <w:b/>
                <w:bCs/>
                <w:iCs/>
                <w:sz w:val="20"/>
                <w:szCs w:val="20"/>
                <w:lang w:val="sr-Cyrl-RS"/>
              </w:rPr>
              <w:t>878.000,00 динара</w:t>
            </w:r>
          </w:p>
        </w:tc>
      </w:tr>
      <w:tr w:rsidR="002F1A1B" w14:paraId="2BAA8185" w14:textId="77777777">
        <w:trPr>
          <w:jc w:val="center"/>
        </w:trPr>
        <w:tc>
          <w:tcPr>
            <w:tcW w:w="3286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1B52810" w14:textId="77777777" w:rsidR="002F1A1B" w:rsidRDefault="00000000">
            <w:pPr>
              <w:spacing w:after="0" w:line="240" w:lineRule="auto"/>
            </w:pPr>
            <w:r>
              <w:rPr>
                <w:sz w:val="18"/>
              </w:rPr>
              <w:t>Донације и добровољни прилози</w:t>
            </w:r>
          </w:p>
        </w:tc>
        <w:tc>
          <w:tcPr>
            <w:tcW w:w="3286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DCED450" w14:textId="249405FE" w:rsidR="002F1A1B" w:rsidRPr="007962AC" w:rsidRDefault="007962AC">
            <w:pPr>
              <w:spacing w:after="0" w:line="240" w:lineRule="auto"/>
              <w:rPr>
                <w:lang w:val="sr-Cyrl-RS"/>
              </w:rPr>
            </w:pPr>
            <w:r>
              <w:rPr>
                <w:lang w:val="sr-Cyrl-RS"/>
              </w:rPr>
              <w:t>-</w:t>
            </w:r>
          </w:p>
        </w:tc>
        <w:tc>
          <w:tcPr>
            <w:tcW w:w="3286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2B3ED7B" w14:textId="4585C119" w:rsidR="002F1A1B" w:rsidRPr="007962AC" w:rsidRDefault="007962AC">
            <w:pPr>
              <w:spacing w:after="0" w:line="240" w:lineRule="auto"/>
              <w:rPr>
                <w:lang w:val="sr-Cyrl-RS"/>
              </w:rPr>
            </w:pPr>
            <w:r>
              <w:rPr>
                <w:i/>
                <w:sz w:val="18"/>
                <w:lang w:val="sr-Cyrl-RS"/>
              </w:rPr>
              <w:t>-</w:t>
            </w:r>
          </w:p>
        </w:tc>
      </w:tr>
      <w:tr w:rsidR="002F1A1B" w14:paraId="65B211A8" w14:textId="77777777">
        <w:trPr>
          <w:jc w:val="center"/>
        </w:trPr>
        <w:tc>
          <w:tcPr>
            <w:tcW w:w="3286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7378C21" w14:textId="77777777" w:rsidR="002F1A1B" w:rsidRDefault="00000000">
            <w:pPr>
              <w:spacing w:after="0" w:line="240" w:lineRule="auto"/>
            </w:pPr>
            <w:r>
              <w:rPr>
                <w:sz w:val="18"/>
              </w:rPr>
              <w:t>Средства по конкурсима и пројектима</w:t>
            </w:r>
          </w:p>
        </w:tc>
        <w:tc>
          <w:tcPr>
            <w:tcW w:w="3286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907AC66" w14:textId="391030D6" w:rsidR="002F1A1B" w:rsidRPr="007962AC" w:rsidRDefault="007962AC">
            <w:pPr>
              <w:spacing w:after="0" w:line="240" w:lineRule="auto"/>
              <w:rPr>
                <w:lang w:val="sr-Cyrl-RS"/>
              </w:rPr>
            </w:pPr>
            <w:r>
              <w:rPr>
                <w:i/>
                <w:sz w:val="18"/>
                <w:lang w:val="sr-Cyrl-RS"/>
              </w:rPr>
              <w:t>-</w:t>
            </w:r>
          </w:p>
        </w:tc>
        <w:tc>
          <w:tcPr>
            <w:tcW w:w="3286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66D99CC" w14:textId="38A56ECC" w:rsidR="002F1A1B" w:rsidRPr="007962AC" w:rsidRDefault="007962AC">
            <w:pPr>
              <w:spacing w:after="0" w:line="240" w:lineRule="auto"/>
              <w:rPr>
                <w:lang w:val="sr-Cyrl-RS"/>
              </w:rPr>
            </w:pPr>
            <w:r>
              <w:rPr>
                <w:i/>
                <w:sz w:val="18"/>
                <w:lang w:val="sr-Cyrl-RS"/>
              </w:rPr>
              <w:t>-</w:t>
            </w:r>
          </w:p>
        </w:tc>
      </w:tr>
      <w:tr w:rsidR="002F1A1B" w14:paraId="6B04755E" w14:textId="77777777">
        <w:trPr>
          <w:jc w:val="center"/>
        </w:trPr>
        <w:tc>
          <w:tcPr>
            <w:tcW w:w="3286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B5C3F1B" w14:textId="77777777" w:rsidR="002F1A1B" w:rsidRDefault="00000000">
            <w:pPr>
              <w:spacing w:after="0" w:line="240" w:lineRule="auto"/>
            </w:pPr>
            <w:r>
              <w:rPr>
                <w:sz w:val="18"/>
              </w:rPr>
              <w:lastRenderedPageBreak/>
              <w:t>Други законом дозвољени приходи</w:t>
            </w:r>
          </w:p>
        </w:tc>
        <w:tc>
          <w:tcPr>
            <w:tcW w:w="3286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CEDF04A" w14:textId="3E6F457A" w:rsidR="002F1A1B" w:rsidRPr="007962AC" w:rsidRDefault="007962AC">
            <w:pPr>
              <w:spacing w:after="0" w:line="240" w:lineRule="auto"/>
              <w:rPr>
                <w:lang w:val="sr-Cyrl-RS"/>
              </w:rPr>
            </w:pPr>
            <w:r>
              <w:rPr>
                <w:i/>
                <w:sz w:val="18"/>
                <w:lang w:val="sr-Cyrl-RS"/>
              </w:rPr>
              <w:t>-</w:t>
            </w:r>
          </w:p>
        </w:tc>
        <w:tc>
          <w:tcPr>
            <w:tcW w:w="3286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F27F590" w14:textId="1B488990" w:rsidR="002F1A1B" w:rsidRPr="007962AC" w:rsidRDefault="007962AC">
            <w:pPr>
              <w:spacing w:after="0" w:line="240" w:lineRule="auto"/>
              <w:rPr>
                <w:lang w:val="sr-Cyrl-RS"/>
              </w:rPr>
            </w:pPr>
            <w:r>
              <w:rPr>
                <w:i/>
                <w:sz w:val="18"/>
                <w:lang w:val="sr-Cyrl-RS"/>
              </w:rPr>
              <w:t>-</w:t>
            </w:r>
          </w:p>
        </w:tc>
      </w:tr>
      <w:tr w:rsidR="002F1A1B" w14:paraId="7C77FC0D" w14:textId="77777777">
        <w:trPr>
          <w:jc w:val="center"/>
        </w:trPr>
        <w:tc>
          <w:tcPr>
            <w:tcW w:w="3286" w:type="dxa"/>
            <w:shd w:val="clear" w:color="auto" w:fill="FFF2CC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517921C" w14:textId="77777777" w:rsidR="002F1A1B" w:rsidRDefault="00000000">
            <w:pPr>
              <w:spacing w:after="0" w:line="240" w:lineRule="auto"/>
            </w:pPr>
            <w:r>
              <w:rPr>
                <w:b/>
                <w:sz w:val="18"/>
              </w:rPr>
              <w:t>УКУПНО ОСТВАРЕНИ ПРИХОДИ</w:t>
            </w:r>
          </w:p>
        </w:tc>
        <w:tc>
          <w:tcPr>
            <w:tcW w:w="3286" w:type="dxa"/>
            <w:shd w:val="clear" w:color="auto" w:fill="FFF2CC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44CF27F" w14:textId="77777777" w:rsidR="002F1A1B" w:rsidRDefault="002F1A1B">
            <w:pPr>
              <w:spacing w:after="0" w:line="240" w:lineRule="auto"/>
            </w:pPr>
          </w:p>
        </w:tc>
        <w:tc>
          <w:tcPr>
            <w:tcW w:w="3286" w:type="dxa"/>
            <w:shd w:val="clear" w:color="auto" w:fill="FFF2CC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6FFC00F" w14:textId="1F061211" w:rsidR="002F1A1B" w:rsidRDefault="00FF1117">
            <w:pPr>
              <w:spacing w:after="0" w:line="240" w:lineRule="auto"/>
            </w:pPr>
            <w:r w:rsidRPr="00F355B0">
              <w:rPr>
                <w:b/>
                <w:bCs/>
                <w:iCs/>
                <w:sz w:val="20"/>
                <w:szCs w:val="20"/>
                <w:lang w:val="sr-Cyrl-RS"/>
              </w:rPr>
              <w:t>878.000,00 динара</w:t>
            </w:r>
          </w:p>
        </w:tc>
      </w:tr>
    </w:tbl>
    <w:p w14:paraId="220D818D" w14:textId="77777777" w:rsidR="002F1A1B" w:rsidRDefault="00000000">
      <w:pPr>
        <w:keepNext/>
        <w:spacing w:before="100" w:after="80"/>
      </w:pPr>
      <w:r>
        <w:rPr>
          <w:b/>
        </w:rPr>
        <w:t>7.2. Преглед расхода по намени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286"/>
        <w:gridCol w:w="3286"/>
        <w:gridCol w:w="3286"/>
      </w:tblGrid>
      <w:tr w:rsidR="002F1A1B" w14:paraId="4F87BB2D" w14:textId="77777777">
        <w:trPr>
          <w:tblHeader/>
          <w:jc w:val="center"/>
        </w:trPr>
        <w:tc>
          <w:tcPr>
            <w:tcW w:w="3286" w:type="dxa"/>
            <w:shd w:val="clear" w:color="auto" w:fill="F4CCCC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B2FB73D" w14:textId="77777777" w:rsidR="002F1A1B" w:rsidRDefault="00000000">
            <w:pPr>
              <w:spacing w:after="0" w:line="240" w:lineRule="auto"/>
              <w:jc w:val="center"/>
            </w:pPr>
            <w:r>
              <w:rPr>
                <w:b/>
                <w:sz w:val="18"/>
              </w:rPr>
              <w:t>Намена расхода</w:t>
            </w:r>
          </w:p>
        </w:tc>
        <w:tc>
          <w:tcPr>
            <w:tcW w:w="3286" w:type="dxa"/>
            <w:shd w:val="clear" w:color="auto" w:fill="F4CCCC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095A820" w14:textId="77777777" w:rsidR="002F1A1B" w:rsidRDefault="00000000">
            <w:pPr>
              <w:spacing w:after="0" w:line="240" w:lineRule="auto"/>
              <w:jc w:val="center"/>
            </w:pPr>
            <w:r>
              <w:rPr>
                <w:b/>
                <w:sz w:val="18"/>
              </w:rPr>
              <w:t>Опис</w:t>
            </w:r>
          </w:p>
        </w:tc>
        <w:tc>
          <w:tcPr>
            <w:tcW w:w="3286" w:type="dxa"/>
            <w:shd w:val="clear" w:color="auto" w:fill="F4CCCC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85FD554" w14:textId="77777777" w:rsidR="002F1A1B" w:rsidRDefault="00000000">
            <w:pPr>
              <w:spacing w:after="0" w:line="240" w:lineRule="auto"/>
              <w:jc w:val="center"/>
            </w:pPr>
            <w:r>
              <w:rPr>
                <w:b/>
                <w:sz w:val="18"/>
              </w:rPr>
              <w:t>Износ (динара)</w:t>
            </w:r>
          </w:p>
        </w:tc>
      </w:tr>
      <w:tr w:rsidR="002F1A1B" w14:paraId="6A58D1C4" w14:textId="77777777">
        <w:trPr>
          <w:jc w:val="center"/>
        </w:trPr>
        <w:tc>
          <w:tcPr>
            <w:tcW w:w="3286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5248803" w14:textId="77777777" w:rsidR="002F1A1B" w:rsidRDefault="00000000">
            <w:pPr>
              <w:spacing w:after="0" w:line="240" w:lineRule="auto"/>
            </w:pPr>
            <w:r>
              <w:rPr>
                <w:sz w:val="17"/>
              </w:rPr>
              <w:t>Опрема и пратећи уређаји</w:t>
            </w:r>
          </w:p>
        </w:tc>
        <w:tc>
          <w:tcPr>
            <w:tcW w:w="3286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582ACB1" w14:textId="77777777" w:rsidR="002F1A1B" w:rsidRDefault="00000000">
            <w:pPr>
              <w:spacing w:after="0" w:line="240" w:lineRule="auto"/>
            </w:pPr>
            <w:r>
              <w:rPr>
                <w:sz w:val="17"/>
              </w:rPr>
              <w:t>Рачунарска, мрежна, канцеларијска и друга техничка опрема.</w:t>
            </w:r>
          </w:p>
        </w:tc>
        <w:tc>
          <w:tcPr>
            <w:tcW w:w="3286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127AE5D" w14:textId="240D48B8" w:rsidR="002F1A1B" w:rsidRPr="002D7B2C" w:rsidRDefault="00FF1117">
            <w:pPr>
              <w:spacing w:after="0" w:line="240" w:lineRule="auto"/>
            </w:pPr>
            <w:r w:rsidRPr="002D7B2C">
              <w:rPr>
                <w:iCs/>
                <w:sz w:val="20"/>
                <w:szCs w:val="20"/>
              </w:rPr>
              <w:t>320</w:t>
            </w:r>
            <w:r w:rsidRPr="002D7B2C">
              <w:rPr>
                <w:iCs/>
                <w:sz w:val="20"/>
                <w:szCs w:val="20"/>
                <w:lang w:val="sr-Cyrl-RS"/>
              </w:rPr>
              <w:t>.000,00 динара</w:t>
            </w:r>
          </w:p>
        </w:tc>
      </w:tr>
      <w:tr w:rsidR="002F1A1B" w14:paraId="1568CBC6" w14:textId="77777777">
        <w:trPr>
          <w:jc w:val="center"/>
        </w:trPr>
        <w:tc>
          <w:tcPr>
            <w:tcW w:w="3286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C743DF1" w14:textId="77777777" w:rsidR="002F1A1B" w:rsidRDefault="00000000">
            <w:pPr>
              <w:spacing w:after="0" w:line="240" w:lineRule="auto"/>
            </w:pPr>
            <w:r>
              <w:rPr>
                <w:sz w:val="17"/>
              </w:rPr>
              <w:t>Материјал за рад</w:t>
            </w:r>
          </w:p>
        </w:tc>
        <w:tc>
          <w:tcPr>
            <w:tcW w:w="3286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27947E1" w14:textId="77777777" w:rsidR="002F1A1B" w:rsidRDefault="00000000">
            <w:pPr>
              <w:spacing w:after="0" w:line="240" w:lineRule="auto"/>
            </w:pPr>
            <w:r>
              <w:rPr>
                <w:sz w:val="17"/>
              </w:rPr>
              <w:t>Канцеларијски, потрошни, едукативни и промотивни материјал.</w:t>
            </w:r>
          </w:p>
        </w:tc>
        <w:tc>
          <w:tcPr>
            <w:tcW w:w="3286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1C749D8" w14:textId="48ADBCA6" w:rsidR="002F1A1B" w:rsidRPr="002D7B2C" w:rsidRDefault="00FF1117">
            <w:pPr>
              <w:spacing w:after="0" w:line="240" w:lineRule="auto"/>
            </w:pPr>
            <w:r w:rsidRPr="002D7B2C">
              <w:rPr>
                <w:iCs/>
                <w:sz w:val="20"/>
                <w:szCs w:val="20"/>
              </w:rPr>
              <w:t>170</w:t>
            </w:r>
            <w:r w:rsidRPr="002D7B2C">
              <w:rPr>
                <w:iCs/>
                <w:sz w:val="20"/>
                <w:szCs w:val="20"/>
                <w:lang w:val="sr-Cyrl-RS"/>
              </w:rPr>
              <w:t>.000,00 динара</w:t>
            </w:r>
          </w:p>
        </w:tc>
      </w:tr>
      <w:tr w:rsidR="002F1A1B" w14:paraId="77A40368" w14:textId="77777777">
        <w:trPr>
          <w:jc w:val="center"/>
        </w:trPr>
        <w:tc>
          <w:tcPr>
            <w:tcW w:w="3286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05E1869" w14:textId="77777777" w:rsidR="002F1A1B" w:rsidRDefault="00000000">
            <w:pPr>
              <w:spacing w:after="0" w:line="240" w:lineRule="auto"/>
            </w:pPr>
            <w:r>
              <w:rPr>
                <w:sz w:val="17"/>
              </w:rPr>
              <w:t>Домени, хостинг и дигиталне услуге</w:t>
            </w:r>
          </w:p>
        </w:tc>
        <w:tc>
          <w:tcPr>
            <w:tcW w:w="3286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4DB57CC" w14:textId="77777777" w:rsidR="002F1A1B" w:rsidRDefault="00000000">
            <w:pPr>
              <w:spacing w:after="0" w:line="240" w:lineRule="auto"/>
            </w:pPr>
            <w:r>
              <w:rPr>
                <w:sz w:val="17"/>
              </w:rPr>
              <w:t>Регистрација и продужење домена, веб-хостинг, сервери и електронска пошта.</w:t>
            </w:r>
          </w:p>
        </w:tc>
        <w:tc>
          <w:tcPr>
            <w:tcW w:w="3286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DC41D47" w14:textId="32EE9788" w:rsidR="002F1A1B" w:rsidRPr="002D7B2C" w:rsidRDefault="00FF1117">
            <w:pPr>
              <w:spacing w:after="0" w:line="240" w:lineRule="auto"/>
            </w:pPr>
            <w:r w:rsidRPr="002D7B2C">
              <w:rPr>
                <w:iCs/>
                <w:sz w:val="20"/>
                <w:szCs w:val="20"/>
              </w:rPr>
              <w:t>70</w:t>
            </w:r>
            <w:r w:rsidRPr="002D7B2C">
              <w:rPr>
                <w:iCs/>
                <w:sz w:val="20"/>
                <w:szCs w:val="20"/>
                <w:lang w:val="sr-Cyrl-RS"/>
              </w:rPr>
              <w:t>.000,00 динара</w:t>
            </w:r>
          </w:p>
        </w:tc>
      </w:tr>
      <w:tr w:rsidR="002F1A1B" w14:paraId="726B23FA" w14:textId="77777777">
        <w:trPr>
          <w:jc w:val="center"/>
        </w:trPr>
        <w:tc>
          <w:tcPr>
            <w:tcW w:w="3286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A23AC15" w14:textId="77777777" w:rsidR="002F1A1B" w:rsidRDefault="00000000">
            <w:pPr>
              <w:spacing w:after="0" w:line="240" w:lineRule="auto"/>
            </w:pPr>
            <w:r>
              <w:rPr>
                <w:sz w:val="17"/>
              </w:rPr>
              <w:t>Софтвер и лиценце</w:t>
            </w:r>
          </w:p>
        </w:tc>
        <w:tc>
          <w:tcPr>
            <w:tcW w:w="3286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58D92D8" w14:textId="77777777" w:rsidR="002F1A1B" w:rsidRDefault="00000000">
            <w:pPr>
              <w:spacing w:after="0" w:line="240" w:lineRule="auto"/>
            </w:pPr>
            <w:r>
              <w:rPr>
                <w:sz w:val="17"/>
              </w:rPr>
              <w:t>AI алати, Microsoft 365, Adobe и други програми.</w:t>
            </w:r>
          </w:p>
        </w:tc>
        <w:tc>
          <w:tcPr>
            <w:tcW w:w="3286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34753EA" w14:textId="2F670FD2" w:rsidR="002F1A1B" w:rsidRPr="002D7B2C" w:rsidRDefault="00FF1117">
            <w:pPr>
              <w:spacing w:after="0" w:line="240" w:lineRule="auto"/>
            </w:pPr>
            <w:r w:rsidRPr="002D7B2C">
              <w:rPr>
                <w:iCs/>
                <w:sz w:val="20"/>
                <w:szCs w:val="20"/>
              </w:rPr>
              <w:t>65</w:t>
            </w:r>
            <w:r w:rsidRPr="002D7B2C">
              <w:rPr>
                <w:iCs/>
                <w:sz w:val="20"/>
                <w:szCs w:val="20"/>
                <w:lang w:val="sr-Cyrl-RS"/>
              </w:rPr>
              <w:t>.000,00 динара</w:t>
            </w:r>
          </w:p>
        </w:tc>
      </w:tr>
      <w:tr w:rsidR="002F1A1B" w14:paraId="6197C727" w14:textId="77777777">
        <w:trPr>
          <w:jc w:val="center"/>
        </w:trPr>
        <w:tc>
          <w:tcPr>
            <w:tcW w:w="3286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3502436" w14:textId="77777777" w:rsidR="002F1A1B" w:rsidRDefault="00000000">
            <w:pPr>
              <w:spacing w:after="0" w:line="240" w:lineRule="auto"/>
            </w:pPr>
            <w:r>
              <w:rPr>
                <w:sz w:val="17"/>
              </w:rPr>
              <w:t>Путни и теренски трошкови</w:t>
            </w:r>
          </w:p>
        </w:tc>
        <w:tc>
          <w:tcPr>
            <w:tcW w:w="3286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489DECC" w14:textId="77777777" w:rsidR="002F1A1B" w:rsidRDefault="00000000">
            <w:pPr>
              <w:spacing w:after="0" w:line="240" w:lineRule="auto"/>
            </w:pPr>
            <w:r>
              <w:rPr>
                <w:sz w:val="17"/>
              </w:rPr>
              <w:t>Превоз, путарине, паркинг и други оправдани трошкови.</w:t>
            </w:r>
          </w:p>
        </w:tc>
        <w:tc>
          <w:tcPr>
            <w:tcW w:w="3286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834EDE9" w14:textId="5185CC05" w:rsidR="002F1A1B" w:rsidRPr="002D7B2C" w:rsidRDefault="00FF1117">
            <w:pPr>
              <w:spacing w:after="0" w:line="240" w:lineRule="auto"/>
            </w:pPr>
            <w:r w:rsidRPr="002D7B2C">
              <w:rPr>
                <w:iCs/>
                <w:sz w:val="20"/>
                <w:szCs w:val="20"/>
              </w:rPr>
              <w:t>60</w:t>
            </w:r>
            <w:r w:rsidRPr="002D7B2C">
              <w:rPr>
                <w:iCs/>
                <w:sz w:val="20"/>
                <w:szCs w:val="20"/>
                <w:lang w:val="sr-Cyrl-RS"/>
              </w:rPr>
              <w:t>.000,00 динара</w:t>
            </w:r>
          </w:p>
        </w:tc>
      </w:tr>
      <w:tr w:rsidR="002F1A1B" w14:paraId="3DB250F9" w14:textId="77777777">
        <w:trPr>
          <w:jc w:val="center"/>
        </w:trPr>
        <w:tc>
          <w:tcPr>
            <w:tcW w:w="3286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6C01643" w14:textId="77777777" w:rsidR="002F1A1B" w:rsidRDefault="00000000">
            <w:pPr>
              <w:spacing w:after="0" w:line="240" w:lineRule="auto"/>
            </w:pPr>
            <w:r>
              <w:rPr>
                <w:sz w:val="17"/>
              </w:rPr>
              <w:t>Књиговодствене и административне услуге</w:t>
            </w:r>
          </w:p>
        </w:tc>
        <w:tc>
          <w:tcPr>
            <w:tcW w:w="3286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222BBD0" w14:textId="77777777" w:rsidR="002F1A1B" w:rsidRDefault="00000000">
            <w:pPr>
              <w:spacing w:after="0" w:line="240" w:lineRule="auto"/>
            </w:pPr>
            <w:r>
              <w:rPr>
                <w:sz w:val="17"/>
              </w:rPr>
              <w:t>Књиговодство, банкарске, поштанске и друге услуге.</w:t>
            </w:r>
          </w:p>
        </w:tc>
        <w:tc>
          <w:tcPr>
            <w:tcW w:w="3286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98C1298" w14:textId="21B6D1AA" w:rsidR="002F1A1B" w:rsidRPr="002D7B2C" w:rsidRDefault="00FF1117">
            <w:pPr>
              <w:spacing w:after="0" w:line="240" w:lineRule="auto"/>
            </w:pPr>
            <w:r w:rsidRPr="002D7B2C">
              <w:rPr>
                <w:iCs/>
                <w:sz w:val="20"/>
                <w:szCs w:val="20"/>
              </w:rPr>
              <w:t>35</w:t>
            </w:r>
            <w:r w:rsidRPr="002D7B2C">
              <w:rPr>
                <w:iCs/>
                <w:sz w:val="20"/>
                <w:szCs w:val="20"/>
                <w:lang w:val="sr-Cyrl-RS"/>
              </w:rPr>
              <w:t>.000,00 динара</w:t>
            </w:r>
          </w:p>
        </w:tc>
      </w:tr>
      <w:tr w:rsidR="002F1A1B" w14:paraId="19690F87" w14:textId="77777777">
        <w:trPr>
          <w:jc w:val="center"/>
        </w:trPr>
        <w:tc>
          <w:tcPr>
            <w:tcW w:w="3286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CD92EAE" w14:textId="77777777" w:rsidR="002F1A1B" w:rsidRDefault="00000000">
            <w:pPr>
              <w:spacing w:after="0" w:line="240" w:lineRule="auto"/>
            </w:pPr>
            <w:r>
              <w:rPr>
                <w:sz w:val="17"/>
              </w:rPr>
              <w:t>Остали оправдани расходи</w:t>
            </w:r>
          </w:p>
        </w:tc>
        <w:tc>
          <w:tcPr>
            <w:tcW w:w="3286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2E0BB54" w14:textId="77777777" w:rsidR="002F1A1B" w:rsidRDefault="00000000">
            <w:pPr>
              <w:spacing w:after="0" w:line="240" w:lineRule="auto"/>
            </w:pPr>
            <w:r>
              <w:rPr>
                <w:sz w:val="17"/>
              </w:rPr>
              <w:t>Други трошкови повезани са редовним радом и статутарним циљевима.</w:t>
            </w:r>
          </w:p>
        </w:tc>
        <w:tc>
          <w:tcPr>
            <w:tcW w:w="3286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27F5191" w14:textId="0CFF7F49" w:rsidR="002F1A1B" w:rsidRPr="002D7B2C" w:rsidRDefault="00FF1117">
            <w:pPr>
              <w:spacing w:after="0" w:line="240" w:lineRule="auto"/>
            </w:pPr>
            <w:r w:rsidRPr="002D7B2C">
              <w:rPr>
                <w:iCs/>
                <w:sz w:val="20"/>
                <w:szCs w:val="20"/>
              </w:rPr>
              <w:t>15</w:t>
            </w:r>
            <w:r w:rsidR="00B8028D" w:rsidRPr="002D7B2C">
              <w:rPr>
                <w:iCs/>
                <w:sz w:val="20"/>
                <w:szCs w:val="20"/>
              </w:rPr>
              <w:t>4</w:t>
            </w:r>
            <w:r w:rsidRPr="002D7B2C">
              <w:rPr>
                <w:iCs/>
                <w:sz w:val="20"/>
                <w:szCs w:val="20"/>
                <w:lang w:val="sr-Cyrl-RS"/>
              </w:rPr>
              <w:t>.000,00 динара</w:t>
            </w:r>
          </w:p>
        </w:tc>
      </w:tr>
      <w:tr w:rsidR="002F1A1B" w14:paraId="48A7F977" w14:textId="77777777">
        <w:trPr>
          <w:jc w:val="center"/>
        </w:trPr>
        <w:tc>
          <w:tcPr>
            <w:tcW w:w="3286" w:type="dxa"/>
            <w:shd w:val="clear" w:color="auto" w:fill="FFF2CC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E857E70" w14:textId="77777777" w:rsidR="002F1A1B" w:rsidRDefault="00000000">
            <w:pPr>
              <w:spacing w:after="0" w:line="240" w:lineRule="auto"/>
            </w:pPr>
            <w:r>
              <w:rPr>
                <w:b/>
                <w:sz w:val="17"/>
              </w:rPr>
              <w:t>УКУПНО РЕАЛИЗОВАНИ РАСХОДИ</w:t>
            </w:r>
          </w:p>
        </w:tc>
        <w:tc>
          <w:tcPr>
            <w:tcW w:w="3286" w:type="dxa"/>
            <w:shd w:val="clear" w:color="auto" w:fill="FFF2CC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2508B12" w14:textId="77777777" w:rsidR="002F1A1B" w:rsidRDefault="002F1A1B">
            <w:pPr>
              <w:spacing w:after="0" w:line="240" w:lineRule="auto"/>
            </w:pPr>
          </w:p>
        </w:tc>
        <w:tc>
          <w:tcPr>
            <w:tcW w:w="3286" w:type="dxa"/>
            <w:shd w:val="clear" w:color="auto" w:fill="FFF2CC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6F3F919" w14:textId="4C82E15F" w:rsidR="002F1A1B" w:rsidRPr="00FF1117" w:rsidRDefault="00FF1117">
            <w:pPr>
              <w:spacing w:after="0" w:line="240" w:lineRule="auto"/>
              <w:rPr>
                <w:bCs/>
              </w:rPr>
            </w:pPr>
            <w:r w:rsidRPr="00F355B0">
              <w:rPr>
                <w:b/>
                <w:bCs/>
                <w:iCs/>
                <w:sz w:val="20"/>
                <w:szCs w:val="20"/>
                <w:lang w:val="sr-Cyrl-RS"/>
              </w:rPr>
              <w:t>87</w:t>
            </w:r>
            <w:r>
              <w:rPr>
                <w:b/>
                <w:bCs/>
                <w:iCs/>
                <w:sz w:val="20"/>
                <w:szCs w:val="20"/>
                <w:lang w:val="sr-Cyrl-RS"/>
              </w:rPr>
              <w:t>4</w:t>
            </w:r>
            <w:r w:rsidRPr="00F355B0">
              <w:rPr>
                <w:b/>
                <w:bCs/>
                <w:iCs/>
                <w:sz w:val="20"/>
                <w:szCs w:val="20"/>
                <w:lang w:val="sr-Cyrl-RS"/>
              </w:rPr>
              <w:t>.000,00 динара</w:t>
            </w:r>
          </w:p>
        </w:tc>
      </w:tr>
    </w:tbl>
    <w:p w14:paraId="6F1A2BB6" w14:textId="77777777" w:rsidR="002F1A1B" w:rsidRDefault="00000000">
      <w:pPr>
        <w:keepNext/>
        <w:spacing w:before="100" w:after="80"/>
      </w:pPr>
      <w:r>
        <w:rPr>
          <w:b/>
        </w:rPr>
        <w:t>7.3. Финансијски резултат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929"/>
        <w:gridCol w:w="4929"/>
      </w:tblGrid>
      <w:tr w:rsidR="002F1A1B" w14:paraId="511BF4A2" w14:textId="77777777">
        <w:trPr>
          <w:jc w:val="center"/>
        </w:trPr>
        <w:tc>
          <w:tcPr>
            <w:tcW w:w="4929" w:type="dxa"/>
            <w:shd w:val="clear" w:color="auto" w:fill="E7E6E6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A0BCB05" w14:textId="77777777" w:rsidR="002F1A1B" w:rsidRDefault="00000000">
            <w:pPr>
              <w:spacing w:after="0" w:line="240" w:lineRule="auto"/>
            </w:pPr>
            <w:r>
              <w:rPr>
                <w:b/>
                <w:sz w:val="18"/>
              </w:rPr>
              <w:t>Укупно остварени приходи</w:t>
            </w:r>
          </w:p>
        </w:tc>
        <w:tc>
          <w:tcPr>
            <w:tcW w:w="4929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17859DC" w14:textId="1B72E4A7" w:rsidR="002F1A1B" w:rsidRPr="00F355B0" w:rsidRDefault="00F355B0">
            <w:pPr>
              <w:spacing w:after="0" w:line="240" w:lineRule="auto"/>
              <w:jc w:val="right"/>
              <w:rPr>
                <w:b/>
                <w:bCs/>
                <w:iCs/>
                <w:sz w:val="20"/>
                <w:szCs w:val="20"/>
                <w:lang w:val="sr-Cyrl-RS"/>
              </w:rPr>
            </w:pPr>
            <w:r w:rsidRPr="00F355B0">
              <w:rPr>
                <w:b/>
                <w:bCs/>
                <w:iCs/>
                <w:sz w:val="20"/>
                <w:szCs w:val="20"/>
                <w:lang w:val="sr-Cyrl-RS"/>
              </w:rPr>
              <w:t>878.000,00 динара</w:t>
            </w:r>
          </w:p>
        </w:tc>
      </w:tr>
      <w:tr w:rsidR="002F1A1B" w14:paraId="624DBDC2" w14:textId="77777777">
        <w:trPr>
          <w:jc w:val="center"/>
        </w:trPr>
        <w:tc>
          <w:tcPr>
            <w:tcW w:w="4929" w:type="dxa"/>
            <w:shd w:val="clear" w:color="auto" w:fill="E7E6E6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884CF08" w14:textId="77777777" w:rsidR="002F1A1B" w:rsidRDefault="00000000">
            <w:pPr>
              <w:spacing w:after="0" w:line="240" w:lineRule="auto"/>
            </w:pPr>
            <w:r>
              <w:rPr>
                <w:b/>
                <w:sz w:val="18"/>
              </w:rPr>
              <w:t>Укупно реализовани расходи</w:t>
            </w:r>
          </w:p>
        </w:tc>
        <w:tc>
          <w:tcPr>
            <w:tcW w:w="4929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A073A20" w14:textId="3A4680AF" w:rsidR="002F1A1B" w:rsidRDefault="00F355B0">
            <w:pPr>
              <w:spacing w:after="0" w:line="240" w:lineRule="auto"/>
              <w:jc w:val="right"/>
            </w:pPr>
            <w:r w:rsidRPr="00F355B0">
              <w:rPr>
                <w:b/>
                <w:bCs/>
                <w:iCs/>
                <w:sz w:val="20"/>
                <w:szCs w:val="20"/>
                <w:lang w:val="sr-Cyrl-RS"/>
              </w:rPr>
              <w:t>87</w:t>
            </w:r>
            <w:r>
              <w:rPr>
                <w:b/>
                <w:bCs/>
                <w:iCs/>
                <w:sz w:val="20"/>
                <w:szCs w:val="20"/>
                <w:lang w:val="sr-Cyrl-RS"/>
              </w:rPr>
              <w:t>4</w:t>
            </w:r>
            <w:r w:rsidRPr="00F355B0">
              <w:rPr>
                <w:b/>
                <w:bCs/>
                <w:iCs/>
                <w:sz w:val="20"/>
                <w:szCs w:val="20"/>
                <w:lang w:val="sr-Cyrl-RS"/>
              </w:rPr>
              <w:t>.000,00 динара</w:t>
            </w:r>
          </w:p>
        </w:tc>
      </w:tr>
      <w:tr w:rsidR="002F1A1B" w14:paraId="592619F5" w14:textId="77777777">
        <w:trPr>
          <w:jc w:val="center"/>
        </w:trPr>
        <w:tc>
          <w:tcPr>
            <w:tcW w:w="4929" w:type="dxa"/>
            <w:shd w:val="clear" w:color="auto" w:fill="E7E6E6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B75970A" w14:textId="77777777" w:rsidR="002F1A1B" w:rsidRDefault="00000000">
            <w:pPr>
              <w:spacing w:after="0" w:line="240" w:lineRule="auto"/>
            </w:pPr>
            <w:r>
              <w:rPr>
                <w:b/>
                <w:sz w:val="18"/>
              </w:rPr>
              <w:t>Разлика прихода и расхода</w:t>
            </w:r>
          </w:p>
        </w:tc>
        <w:tc>
          <w:tcPr>
            <w:tcW w:w="4929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930331F" w14:textId="5513C4C7" w:rsidR="002F1A1B" w:rsidRPr="00F355B0" w:rsidRDefault="00F355B0">
            <w:pPr>
              <w:spacing w:after="0" w:line="240" w:lineRule="auto"/>
              <w:jc w:val="right"/>
              <w:rPr>
                <w:lang w:val="sr-Cyrl-RS"/>
              </w:rPr>
            </w:pPr>
            <w:r>
              <w:rPr>
                <w:b/>
                <w:bCs/>
                <w:iCs/>
                <w:sz w:val="20"/>
                <w:szCs w:val="20"/>
                <w:lang w:val="sr-Cyrl-RS"/>
              </w:rPr>
              <w:t>4</w:t>
            </w:r>
            <w:r w:rsidRPr="00F355B0">
              <w:rPr>
                <w:b/>
                <w:bCs/>
                <w:iCs/>
                <w:sz w:val="20"/>
                <w:szCs w:val="20"/>
                <w:lang w:val="sr-Cyrl-RS"/>
              </w:rPr>
              <w:t>.000,00 динара</w:t>
            </w:r>
          </w:p>
        </w:tc>
      </w:tr>
      <w:tr w:rsidR="002F1A1B" w14:paraId="721CAFD7" w14:textId="77777777">
        <w:trPr>
          <w:jc w:val="center"/>
        </w:trPr>
        <w:tc>
          <w:tcPr>
            <w:tcW w:w="4929" w:type="dxa"/>
            <w:shd w:val="clear" w:color="auto" w:fill="E7E6E6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5BEA2D9" w14:textId="214AE0E5" w:rsidR="002F1A1B" w:rsidRDefault="00000000">
            <w:pPr>
              <w:spacing w:after="0" w:line="240" w:lineRule="auto"/>
            </w:pPr>
            <w:r>
              <w:rPr>
                <w:b/>
                <w:sz w:val="18"/>
              </w:rPr>
              <w:t>Стање средстава на дан 31.12.</w:t>
            </w:r>
            <w:r w:rsidR="004B49D4">
              <w:rPr>
                <w:b/>
                <w:sz w:val="18"/>
              </w:rPr>
              <w:t>2025</w:t>
            </w:r>
            <w:r>
              <w:rPr>
                <w:b/>
                <w:sz w:val="18"/>
              </w:rPr>
              <w:t>.</w:t>
            </w:r>
          </w:p>
        </w:tc>
        <w:tc>
          <w:tcPr>
            <w:tcW w:w="4929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D7A2651" w14:textId="3E9D6506" w:rsidR="002F1A1B" w:rsidRPr="00F355B0" w:rsidRDefault="00DC5FD8" w:rsidP="00DC5FD8">
            <w:pPr>
              <w:spacing w:after="0" w:line="240" w:lineRule="auto"/>
              <w:jc w:val="right"/>
              <w:rPr>
                <w:lang w:val="sr-Cyrl-RS"/>
              </w:rPr>
            </w:pPr>
            <w:r>
              <w:rPr>
                <w:b/>
                <w:bCs/>
                <w:iCs/>
                <w:sz w:val="20"/>
                <w:szCs w:val="20"/>
                <w:lang w:val="sr-Cyrl-RS"/>
              </w:rPr>
              <w:t>4</w:t>
            </w:r>
            <w:r w:rsidRPr="00F355B0">
              <w:rPr>
                <w:b/>
                <w:bCs/>
                <w:iCs/>
                <w:sz w:val="20"/>
                <w:szCs w:val="20"/>
                <w:lang w:val="sr-Cyrl-RS"/>
              </w:rPr>
              <w:t>.000,00 динара</w:t>
            </w:r>
          </w:p>
        </w:tc>
      </w:tr>
    </w:tbl>
    <w:p w14:paraId="591E1D30" w14:textId="77777777" w:rsidR="00234187" w:rsidRDefault="00234187">
      <w:pPr>
        <w:keepNext/>
        <w:spacing w:before="160" w:after="80"/>
        <w:rPr>
          <w:b/>
          <w:sz w:val="22"/>
          <w:lang w:val="sr-Cyrl-RS"/>
        </w:rPr>
      </w:pPr>
    </w:p>
    <w:p w14:paraId="5192B0B5" w14:textId="41EDC151" w:rsidR="002F1A1B" w:rsidRDefault="00000000">
      <w:pPr>
        <w:keepNext/>
        <w:spacing w:before="160" w:after="80"/>
      </w:pPr>
      <w:r>
        <w:rPr>
          <w:b/>
          <w:sz w:val="22"/>
        </w:rPr>
        <w:t>8. НАБАВКА ОПРЕМЕ, МАТЕРИЈАЛА И ДРУГЕ ИМОВИНЕ</w:t>
      </w:r>
    </w:p>
    <w:p w14:paraId="0391F549" w14:textId="77777777" w:rsidR="002F1A1B" w:rsidRDefault="00000000">
      <w:pPr>
        <w:ind w:firstLine="397"/>
        <w:jc w:val="both"/>
      </w:pPr>
      <w:r>
        <w:t>Током године набављена је опрема и материјал неопходан за редован рад, реализацију пројеката, организацију обука и унапређивање услова рада Удружења. Сва набављена опрема и друга имовина евидентирају се у одговарајућим интерним и књиговодственим евиденцијама.</w:t>
      </w:r>
    </w:p>
    <w:p w14:paraId="387B79B8" w14:textId="77777777" w:rsidR="00234187" w:rsidRPr="00234187" w:rsidRDefault="00234187" w:rsidP="00234187">
      <w:pPr>
        <w:pStyle w:val="isselectedend"/>
        <w:rPr>
          <w:sz w:val="22"/>
          <w:szCs w:val="22"/>
        </w:rPr>
      </w:pPr>
      <w:r w:rsidRPr="00234187">
        <w:rPr>
          <w:rStyle w:val="Strong"/>
          <w:sz w:val="22"/>
          <w:szCs w:val="22"/>
        </w:rPr>
        <w:t>9. ПРОМОЦИЈА, САРАДЊА И ЈАВНОСТ РАДА</w:t>
      </w:r>
    </w:p>
    <w:p w14:paraId="73F94EA6" w14:textId="77777777" w:rsidR="00234187" w:rsidRPr="00234187" w:rsidRDefault="00234187" w:rsidP="00234187">
      <w:pPr>
        <w:pStyle w:val="isselectedend"/>
        <w:rPr>
          <w:sz w:val="21"/>
          <w:szCs w:val="21"/>
        </w:rPr>
      </w:pPr>
      <w:r w:rsidRPr="00234187">
        <w:rPr>
          <w:sz w:val="21"/>
          <w:szCs w:val="21"/>
        </w:rPr>
        <w:t>Рад Удружења током 2025. године промовисан је путем веб-сајта, друштвених мрежа, дигиталних канала комуникације, непосредне сарадње са партнерима, као и кроз реализацију различитих пословних, едукативних и промотивних активности.</w:t>
      </w:r>
    </w:p>
    <w:p w14:paraId="3E4B2918" w14:textId="77777777" w:rsidR="00234187" w:rsidRPr="00234187" w:rsidRDefault="00234187" w:rsidP="00234187">
      <w:pPr>
        <w:pStyle w:val="isselectedend"/>
        <w:rPr>
          <w:sz w:val="21"/>
          <w:szCs w:val="21"/>
        </w:rPr>
      </w:pPr>
      <w:r w:rsidRPr="00234187">
        <w:rPr>
          <w:sz w:val="21"/>
          <w:szCs w:val="21"/>
        </w:rPr>
        <w:t>Удружење је током године наставило и унапредило сарадњу са привредним субјектима, установама, организацијама и другим заинтересованим лицима. Посебно се издваја сарадња са компанијама Ottobock Србија, Ballary.rs и Topotehnika d.o.o. Topola, као и са Спортским савезом општине Топола.</w:t>
      </w:r>
    </w:p>
    <w:p w14:paraId="6474620C" w14:textId="77777777" w:rsidR="00234187" w:rsidRPr="00234187" w:rsidRDefault="00234187" w:rsidP="00234187">
      <w:pPr>
        <w:pStyle w:val="isselectedend"/>
        <w:rPr>
          <w:sz w:val="21"/>
          <w:szCs w:val="21"/>
        </w:rPr>
      </w:pPr>
      <w:r w:rsidRPr="00234187">
        <w:rPr>
          <w:sz w:val="21"/>
          <w:szCs w:val="21"/>
        </w:rPr>
        <w:t xml:space="preserve">Промотивне активности обухватале су представљање рада и циљева Удружења путем интернета, одржавање и унапређивање веб-презентација и интернет продавница, пружање техничке подршке партнерима, </w:t>
      </w:r>
      <w:r w:rsidRPr="00234187">
        <w:rPr>
          <w:sz w:val="21"/>
          <w:szCs w:val="21"/>
        </w:rPr>
        <w:lastRenderedPageBreak/>
        <w:t>промоцију дигиталне писмености, едукације, веб-развоја и примене савремених информационих технологија.</w:t>
      </w:r>
    </w:p>
    <w:p w14:paraId="5FE24884" w14:textId="77777777" w:rsidR="00234187" w:rsidRPr="00234187" w:rsidRDefault="00234187" w:rsidP="00234187">
      <w:pPr>
        <w:pStyle w:val="isselectedend"/>
        <w:rPr>
          <w:sz w:val="21"/>
          <w:szCs w:val="21"/>
        </w:rPr>
      </w:pPr>
      <w:r w:rsidRPr="00234187">
        <w:rPr>
          <w:sz w:val="21"/>
          <w:szCs w:val="21"/>
        </w:rPr>
        <w:t>Јавност рада обезбеђивана је редовним информисањем чланова, партнера и заинтересованих лица о активностима, плановима и резултатима рада Удружења.</w:t>
      </w:r>
    </w:p>
    <w:p w14:paraId="0704C7D9" w14:textId="77777777" w:rsidR="00234187" w:rsidRPr="00234187" w:rsidRDefault="00234187" w:rsidP="00234187">
      <w:pPr>
        <w:pStyle w:val="isselectedend"/>
        <w:rPr>
          <w:sz w:val="22"/>
          <w:szCs w:val="22"/>
        </w:rPr>
      </w:pPr>
      <w:r w:rsidRPr="00234187">
        <w:rPr>
          <w:rStyle w:val="Strong"/>
          <w:sz w:val="22"/>
          <w:szCs w:val="22"/>
        </w:rPr>
        <w:t>10. ОЦЕНА РЕАЛИЗАЦИЈЕ ПЛАНА РАДА</w:t>
      </w:r>
    </w:p>
    <w:p w14:paraId="5D7385C7" w14:textId="77777777" w:rsidR="00234187" w:rsidRPr="00234187" w:rsidRDefault="00234187" w:rsidP="00234187">
      <w:pPr>
        <w:pStyle w:val="isselectedend"/>
        <w:rPr>
          <w:sz w:val="21"/>
          <w:szCs w:val="21"/>
        </w:rPr>
      </w:pPr>
      <w:r w:rsidRPr="00234187">
        <w:rPr>
          <w:sz w:val="21"/>
          <w:szCs w:val="21"/>
        </w:rPr>
        <w:t xml:space="preserve">На основу спроведених активности и остварених резултата, закључује се да је План и програм рада Удружења за 2025. годину реализован </w:t>
      </w:r>
      <w:r w:rsidRPr="00234187">
        <w:rPr>
          <w:rStyle w:val="Strong"/>
          <w:sz w:val="21"/>
          <w:szCs w:val="21"/>
        </w:rPr>
        <w:t>претежно</w:t>
      </w:r>
      <w:r w:rsidRPr="00234187">
        <w:rPr>
          <w:sz w:val="21"/>
          <w:szCs w:val="21"/>
        </w:rPr>
        <w:t>.</w:t>
      </w:r>
    </w:p>
    <w:p w14:paraId="33E01B1B" w14:textId="77777777" w:rsidR="00234187" w:rsidRPr="00234187" w:rsidRDefault="00234187" w:rsidP="00234187">
      <w:pPr>
        <w:pStyle w:val="isselectedend"/>
        <w:rPr>
          <w:sz w:val="21"/>
          <w:szCs w:val="21"/>
        </w:rPr>
      </w:pPr>
      <w:r w:rsidRPr="00234187">
        <w:rPr>
          <w:sz w:val="21"/>
          <w:szCs w:val="21"/>
        </w:rPr>
        <w:t>Најзначајнији резултати били су наставак и унапређивање сарадње са постојећим партнерима, реализација уговорених послова и услуга, одржавање и унапређивање веб-сајтова и дигиталних платформи, пружање техничке подршке, развој дигиталних садржаја, као и промоција веб-развоја, дигиталне писмености и савремених технологија.</w:t>
      </w:r>
    </w:p>
    <w:p w14:paraId="377C9F4B" w14:textId="77777777" w:rsidR="00234187" w:rsidRPr="00234187" w:rsidRDefault="00234187" w:rsidP="00234187">
      <w:pPr>
        <w:pStyle w:val="isselectedend"/>
        <w:rPr>
          <w:sz w:val="21"/>
          <w:szCs w:val="21"/>
        </w:rPr>
      </w:pPr>
      <w:r w:rsidRPr="00234187">
        <w:rPr>
          <w:sz w:val="21"/>
          <w:szCs w:val="21"/>
        </w:rPr>
        <w:t>У наредном периоду посебна пажња биће усмерена на повећање броја чланова Удружења, укључивање нових сарадника и волонтера, организовање већег броја едукативних и промотивних активности, јачање сарадње са установама, привредним субјектима и другим удружењима, као и на покретање нових пројеката у области образовања, дигиталне писмености, информационих технологија и веб-развоја.</w:t>
      </w:r>
    </w:p>
    <w:p w14:paraId="018641DE" w14:textId="5C37D98F" w:rsidR="00234187" w:rsidRPr="00234187" w:rsidRDefault="00234187" w:rsidP="00234187">
      <w:pPr>
        <w:pStyle w:val="NormalWeb"/>
        <w:rPr>
          <w:sz w:val="21"/>
          <w:szCs w:val="21"/>
          <w:lang w:val="sr-Cyrl-RS"/>
        </w:rPr>
      </w:pPr>
      <w:r w:rsidRPr="00234187">
        <w:rPr>
          <w:sz w:val="21"/>
          <w:szCs w:val="21"/>
        </w:rPr>
        <w:t>Активности које нису у потпуности реализоване током 2025. године односе се пре свега на проширење чланства, организацију већег броја јавних едукација, радионица и промотивних догађаја. Наведене активности преносе се у наредни период и представљаће један од приоритета у даљем раду Удружења.</w:t>
      </w:r>
    </w:p>
    <w:p w14:paraId="01FA9845" w14:textId="77777777" w:rsidR="002F1A1B" w:rsidRDefault="00000000">
      <w:pPr>
        <w:keepNext/>
        <w:spacing w:before="160" w:after="80"/>
      </w:pPr>
      <w:r>
        <w:rPr>
          <w:b/>
          <w:sz w:val="22"/>
        </w:rPr>
        <w:t>11. ПЛАНИРАНИ ПРАВЦИ РАДА У НАРЕДНОЈ ГОДИНИ</w:t>
      </w:r>
    </w:p>
    <w:p w14:paraId="05B02DF1" w14:textId="77777777" w:rsidR="002F1A1B" w:rsidRDefault="00000000">
      <w:pPr>
        <w:pStyle w:val="ListBullet"/>
        <w:spacing w:after="30" w:line="252" w:lineRule="auto"/>
        <w:ind w:left="340" w:hanging="142"/>
      </w:pPr>
      <w:r>
        <w:t>наставак сарадње са постојећим партнерима и успостављање нових партнерстава;</w:t>
      </w:r>
    </w:p>
    <w:p w14:paraId="52DF23BC" w14:textId="77777777" w:rsidR="002F1A1B" w:rsidRDefault="00000000">
      <w:pPr>
        <w:pStyle w:val="ListBullet"/>
        <w:spacing w:after="30" w:line="252" w:lineRule="auto"/>
        <w:ind w:left="340" w:hanging="142"/>
      </w:pPr>
      <w:r>
        <w:t>развој и одржавање веб-презентација, интернет продавница и дигиталних система;</w:t>
      </w:r>
    </w:p>
    <w:p w14:paraId="556AC213" w14:textId="77777777" w:rsidR="002F1A1B" w:rsidRDefault="00000000">
      <w:pPr>
        <w:pStyle w:val="ListBullet"/>
        <w:spacing w:after="30" w:line="252" w:lineRule="auto"/>
        <w:ind w:left="340" w:hanging="142"/>
      </w:pPr>
      <w:r>
        <w:t>организовање обука, радионица и програма дигиталне писмености;</w:t>
      </w:r>
    </w:p>
    <w:p w14:paraId="7BA442D8" w14:textId="77777777" w:rsidR="002F1A1B" w:rsidRDefault="00000000">
      <w:pPr>
        <w:pStyle w:val="ListBullet"/>
        <w:spacing w:after="30" w:line="252" w:lineRule="auto"/>
        <w:ind w:left="340" w:hanging="142"/>
      </w:pPr>
      <w:r>
        <w:t>набавка неопходне опреме, материјала, програма и лиценци;</w:t>
      </w:r>
    </w:p>
    <w:p w14:paraId="67A5408B" w14:textId="77777777" w:rsidR="002F1A1B" w:rsidRDefault="00000000">
      <w:pPr>
        <w:pStyle w:val="ListBullet"/>
        <w:spacing w:after="30" w:line="252" w:lineRule="auto"/>
        <w:ind w:left="340" w:hanging="142"/>
      </w:pPr>
      <w:r>
        <w:t>учешће на конкурсима, јавним позивима и пројектима;</w:t>
      </w:r>
    </w:p>
    <w:p w14:paraId="49A9F9E0" w14:textId="77777777" w:rsidR="002F1A1B" w:rsidRDefault="00000000">
      <w:pPr>
        <w:pStyle w:val="ListBullet"/>
        <w:spacing w:after="30" w:line="252" w:lineRule="auto"/>
        <w:ind w:left="340" w:hanging="142"/>
      </w:pPr>
      <w:r>
        <w:t>унапређивање организације, документације и јавности рада Удружења.</w:t>
      </w:r>
    </w:p>
    <w:p w14:paraId="18E3D700" w14:textId="77777777" w:rsidR="002F1A1B" w:rsidRDefault="00000000">
      <w:pPr>
        <w:keepNext/>
        <w:spacing w:before="160" w:after="80"/>
      </w:pPr>
      <w:r>
        <w:rPr>
          <w:b/>
          <w:sz w:val="22"/>
        </w:rPr>
        <w:t>12. ЗАКЉУЧАК</w:t>
      </w:r>
    </w:p>
    <w:p w14:paraId="77BBDF8E" w14:textId="6FC278D0" w:rsidR="002F1A1B" w:rsidRDefault="00000000">
      <w:pPr>
        <w:ind w:firstLine="397"/>
        <w:jc w:val="both"/>
      </w:pPr>
      <w:r>
        <w:t xml:space="preserve">Удружење је током </w:t>
      </w:r>
      <w:r w:rsidR="004B49D4">
        <w:t>2025</w:t>
      </w:r>
      <w:r>
        <w:t>. године спроводило активности у складу са Статутом, одлукама Скупштине, Планом и програмом рада и расположивим средствима. Реализовани послови и сарадња са партнерима допринели су остваривању циљева Удружења, развоју дигиталних услуга, унапређивању знања и обезбеђивању услова за даљи рад.</w:t>
      </w:r>
    </w:p>
    <w:p w14:paraId="7D7C5281" w14:textId="77777777" w:rsidR="002F1A1B" w:rsidRDefault="00000000">
      <w:pPr>
        <w:ind w:firstLine="397"/>
        <w:jc w:val="both"/>
      </w:pPr>
      <w:r>
        <w:t>Сви приходи и расходи евидентирани су на основу одговарајуће документације, а детаљни подаци налазе се у пословним књигама, финансијским извештајима, банковним изводима, уговорима, рачунима и пратећој документацији Удружења.</w:t>
      </w:r>
    </w:p>
    <w:p w14:paraId="25760BBC" w14:textId="77777777" w:rsidR="002F1A1B" w:rsidRDefault="00000000">
      <w:pPr>
        <w:keepNext/>
        <w:spacing w:before="160" w:after="80"/>
      </w:pPr>
      <w:r>
        <w:rPr>
          <w:b/>
          <w:sz w:val="22"/>
        </w:rPr>
        <w:t>13. ПРИЛОЗИ УЗ ГОДИШЊИ ИЗВЕШТАЈ</w:t>
      </w:r>
    </w:p>
    <w:p w14:paraId="3CAD024A" w14:textId="5FF7895E" w:rsidR="002F1A1B" w:rsidRDefault="00000000">
      <w:pPr>
        <w:pStyle w:val="ListBullet"/>
        <w:spacing w:after="30" w:line="252" w:lineRule="auto"/>
        <w:ind w:left="340" w:hanging="142"/>
      </w:pPr>
      <w:r>
        <w:t xml:space="preserve">месечни извештаји о раду и намени средстава за </w:t>
      </w:r>
      <w:r w:rsidR="004B49D4">
        <w:t>2025</w:t>
      </w:r>
      <w:r>
        <w:t>. годину;</w:t>
      </w:r>
    </w:p>
    <w:p w14:paraId="543DA64D" w14:textId="0CA00740" w:rsidR="002F1A1B" w:rsidRDefault="00000000">
      <w:pPr>
        <w:pStyle w:val="ListBullet"/>
        <w:spacing w:after="30" w:line="252" w:lineRule="auto"/>
        <w:ind w:left="340" w:hanging="142"/>
      </w:pPr>
      <w:r>
        <w:t>записници са две редовне седнице Скупштине;</w:t>
      </w:r>
    </w:p>
    <w:p w14:paraId="5C21B482" w14:textId="77777777" w:rsidR="002F1A1B" w:rsidRDefault="00000000">
      <w:pPr>
        <w:pStyle w:val="ListBullet"/>
        <w:spacing w:after="30" w:line="252" w:lineRule="auto"/>
        <w:ind w:left="340" w:hanging="142"/>
      </w:pPr>
      <w:r>
        <w:t>финансијски преглед и документација књиговодствене агенције;</w:t>
      </w:r>
    </w:p>
    <w:p w14:paraId="1416C595" w14:textId="77777777" w:rsidR="002F1A1B" w:rsidRDefault="00000000">
      <w:pPr>
        <w:pStyle w:val="ListBullet"/>
        <w:spacing w:after="30" w:line="252" w:lineRule="auto"/>
        <w:ind w:left="340" w:hanging="142"/>
      </w:pPr>
      <w:r>
        <w:t>списак реализованих уговора, пројеката и партнера;</w:t>
      </w:r>
    </w:p>
    <w:p w14:paraId="48A69D40" w14:textId="77777777" w:rsidR="002F1A1B" w:rsidRDefault="00000000">
      <w:pPr>
        <w:pStyle w:val="ListBullet"/>
        <w:spacing w:after="30" w:line="252" w:lineRule="auto"/>
        <w:ind w:left="340" w:hanging="142"/>
      </w:pPr>
      <w:r>
        <w:t>евиденција набављене опреме, материјала и друге имовине;</w:t>
      </w:r>
    </w:p>
    <w:p w14:paraId="3AEB7BF6" w14:textId="77777777" w:rsidR="002F1A1B" w:rsidRDefault="00000000">
      <w:pPr>
        <w:pStyle w:val="ListBullet"/>
        <w:spacing w:after="30" w:line="252" w:lineRule="auto"/>
        <w:ind w:left="340" w:hanging="142"/>
      </w:pPr>
      <w:r>
        <w:t>друга документација од значаја за рад Удружења.</w:t>
      </w:r>
    </w:p>
    <w:p w14:paraId="32E0ED83" w14:textId="77777777" w:rsidR="00FD0D7E" w:rsidRDefault="00FD0D7E" w:rsidP="00FD0D7E">
      <w:pPr>
        <w:pStyle w:val="ListBullet"/>
        <w:numPr>
          <w:ilvl w:val="0"/>
          <w:numId w:val="0"/>
        </w:numPr>
        <w:spacing w:after="30" w:line="252" w:lineRule="auto"/>
        <w:ind w:left="360" w:hanging="360"/>
      </w:pPr>
    </w:p>
    <w:p w14:paraId="1A328EFE" w14:textId="77777777" w:rsidR="00FD0D7E" w:rsidRDefault="00FD0D7E" w:rsidP="00FD0D7E">
      <w:pPr>
        <w:pStyle w:val="ListBullet"/>
        <w:numPr>
          <w:ilvl w:val="0"/>
          <w:numId w:val="0"/>
        </w:numPr>
        <w:spacing w:after="30" w:line="252" w:lineRule="auto"/>
        <w:ind w:left="360" w:hanging="360"/>
      </w:pPr>
    </w:p>
    <w:p w14:paraId="5E3BD397" w14:textId="77777777" w:rsidR="00FD0D7E" w:rsidRDefault="00FD0D7E" w:rsidP="00FD0D7E">
      <w:pPr>
        <w:pStyle w:val="ListBullet"/>
        <w:numPr>
          <w:ilvl w:val="0"/>
          <w:numId w:val="0"/>
        </w:numPr>
        <w:spacing w:after="30" w:line="252" w:lineRule="auto"/>
        <w:ind w:left="360" w:hanging="360"/>
      </w:pPr>
    </w:p>
    <w:p w14:paraId="51FD2348" w14:textId="77777777" w:rsidR="00FD0D7E" w:rsidRDefault="00FD0D7E" w:rsidP="00FD0D7E">
      <w:pPr>
        <w:pStyle w:val="ListBullet"/>
        <w:numPr>
          <w:ilvl w:val="0"/>
          <w:numId w:val="0"/>
        </w:numPr>
        <w:spacing w:after="30" w:line="252" w:lineRule="auto"/>
        <w:ind w:left="360" w:hanging="360"/>
      </w:pPr>
    </w:p>
    <w:p w14:paraId="76FF72CB" w14:textId="46D3B796" w:rsidR="002F1A1B" w:rsidRDefault="00000000">
      <w:pPr>
        <w:spacing w:before="240" w:after="120"/>
        <w:jc w:val="both"/>
      </w:pPr>
      <w:r>
        <w:rPr>
          <w:b/>
        </w:rPr>
        <w:lastRenderedPageBreak/>
        <w:t xml:space="preserve">Извештај је размотрен и усвојен на седници Скупштине Удружења одржаној дана </w:t>
      </w:r>
      <w:r w:rsidR="002A0965">
        <w:rPr>
          <w:b/>
        </w:rPr>
        <w:t>22</w:t>
      </w:r>
      <w:r>
        <w:rPr>
          <w:b/>
        </w:rPr>
        <w:t>.</w:t>
      </w:r>
      <w:r w:rsidR="002A0965">
        <w:rPr>
          <w:b/>
        </w:rPr>
        <w:t>12</w:t>
      </w:r>
      <w:r>
        <w:rPr>
          <w:b/>
        </w:rPr>
        <w:t>.202</w:t>
      </w:r>
      <w:r w:rsidR="002A0965">
        <w:rPr>
          <w:b/>
        </w:rPr>
        <w:t>5</w:t>
      </w:r>
      <w:r>
        <w:rPr>
          <w:b/>
        </w:rPr>
        <w:t>. године.</w:t>
      </w:r>
    </w:p>
    <w:p w14:paraId="40E3BB33" w14:textId="31EDE2A8" w:rsidR="002F1A1B" w:rsidRDefault="00000000">
      <w:pPr>
        <w:spacing w:before="160"/>
      </w:pPr>
      <w:r>
        <w:t xml:space="preserve">У Крагујевцу, </w:t>
      </w:r>
      <w:r w:rsidR="002A0965">
        <w:t>22</w:t>
      </w:r>
      <w:r>
        <w:t>.</w:t>
      </w:r>
      <w:r w:rsidR="002A0965">
        <w:t>12</w:t>
      </w:r>
      <w:r>
        <w:t>.202</w:t>
      </w:r>
      <w:r w:rsidR="002A0965">
        <w:t>5</w:t>
      </w:r>
      <w:r>
        <w:t>. године.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929"/>
        <w:gridCol w:w="4929"/>
      </w:tblGrid>
      <w:tr w:rsidR="002F1A1B" w14:paraId="3BA368F6" w14:textId="77777777">
        <w:trPr>
          <w:jc w:val="center"/>
        </w:trPr>
        <w:tc>
          <w:tcPr>
            <w:tcW w:w="4929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B916B1D" w14:textId="12287497" w:rsidR="002F1A1B" w:rsidRPr="002A0965" w:rsidRDefault="00000000">
            <w:pPr>
              <w:spacing w:after="0" w:line="240" w:lineRule="auto"/>
              <w:jc w:val="center"/>
              <w:rPr>
                <w:lang w:val="sr-Cyrl-RS"/>
              </w:rPr>
            </w:pPr>
            <w:r>
              <w:rPr>
                <w:sz w:val="20"/>
              </w:rPr>
              <w:t>Председавајући Скупштине</w:t>
            </w:r>
            <w:r>
              <w:rPr>
                <w:sz w:val="20"/>
              </w:rPr>
              <w:br/>
            </w:r>
            <w:r>
              <w:rPr>
                <w:sz w:val="20"/>
              </w:rPr>
              <w:br/>
              <w:t>____________________________</w:t>
            </w:r>
            <w:r>
              <w:rPr>
                <w:sz w:val="20"/>
              </w:rPr>
              <w:br/>
            </w:r>
            <w:r w:rsidR="002A0965">
              <w:rPr>
                <w:sz w:val="20"/>
                <w:lang w:val="sr-Cyrl-RS"/>
              </w:rPr>
              <w:t>Милан Недељковић</w:t>
            </w:r>
          </w:p>
        </w:tc>
        <w:tc>
          <w:tcPr>
            <w:tcW w:w="4929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4C744B4" w14:textId="77777777" w:rsidR="002F1A1B" w:rsidRDefault="00000000">
            <w:pPr>
              <w:spacing w:after="0" w:line="240" w:lineRule="auto"/>
              <w:jc w:val="center"/>
            </w:pPr>
            <w:r>
              <w:rPr>
                <w:sz w:val="20"/>
              </w:rPr>
              <w:t>Заступник Удружења</w:t>
            </w:r>
            <w:r>
              <w:rPr>
                <w:sz w:val="20"/>
              </w:rPr>
              <w:br/>
              <w:t>Милан Недељковић</w:t>
            </w:r>
            <w:r>
              <w:rPr>
                <w:sz w:val="20"/>
              </w:rPr>
              <w:br/>
            </w:r>
            <w:r>
              <w:rPr>
                <w:sz w:val="20"/>
              </w:rPr>
              <w:br/>
              <w:t>____________________________</w:t>
            </w:r>
          </w:p>
        </w:tc>
      </w:tr>
    </w:tbl>
    <w:p w14:paraId="06FE685B" w14:textId="77777777" w:rsidR="000F3A24" w:rsidRDefault="000F3A24"/>
    <w:sectPr w:rsidR="000F3A24" w:rsidSect="00034616">
      <w:footerReference w:type="default" r:id="rId8"/>
      <w:pgSz w:w="12240" w:h="15840"/>
      <w:pgMar w:top="1020" w:right="1191" w:bottom="964" w:left="119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09CA36B" w14:textId="77777777" w:rsidR="004D48D9" w:rsidRDefault="004D48D9">
      <w:pPr>
        <w:spacing w:after="0" w:line="240" w:lineRule="auto"/>
      </w:pPr>
      <w:r>
        <w:separator/>
      </w:r>
    </w:p>
  </w:endnote>
  <w:endnote w:type="continuationSeparator" w:id="0">
    <w:p w14:paraId="7394BCB6" w14:textId="77777777" w:rsidR="004D48D9" w:rsidRDefault="004D48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40FBBB5" w14:textId="77777777" w:rsidR="002F1A1B" w:rsidRDefault="00000000">
    <w:pPr>
      <w:pStyle w:val="Footer"/>
      <w:jc w:val="center"/>
    </w:pPr>
    <w:r>
      <w:rPr>
        <w:sz w:val="18"/>
      </w:rPr>
      <w:t xml:space="preserve">Страна </w:t>
    </w:r>
    <w:r>
      <w:rPr>
        <w:sz w:val="18"/>
      </w:rPr>
      <w:fldChar w:fldCharType="begin"/>
    </w:r>
    <w:r>
      <w:rPr>
        <w:sz w:val="18"/>
      </w:rPr>
      <w:instrText>PAGE</w:instrText>
    </w:r>
    <w:r>
      <w:rPr>
        <w:sz w:val="18"/>
      </w:rPr>
      <w:fldChar w:fldCharType="separate"/>
    </w:r>
    <w:r w:rsidR="000A5895">
      <w:rPr>
        <w:noProof/>
        <w:sz w:val="18"/>
      </w:rPr>
      <w:t>1</w:t>
    </w:r>
    <w:r>
      <w:rPr>
        <w:sz w:val="18"/>
      </w:rPr>
      <w:fldChar w:fldCharType="end"/>
    </w:r>
    <w:r>
      <w:rPr>
        <w:sz w:val="18"/>
      </w:rPr>
      <w:t xml:space="preserve"> од </w:t>
    </w:r>
    <w:r>
      <w:rPr>
        <w:sz w:val="18"/>
      </w:rPr>
      <w:fldChar w:fldCharType="begin"/>
    </w:r>
    <w:r>
      <w:rPr>
        <w:sz w:val="18"/>
      </w:rPr>
      <w:instrText>NUMPAGES</w:instrText>
    </w:r>
    <w:r>
      <w:rPr>
        <w:sz w:val="18"/>
      </w:rPr>
      <w:fldChar w:fldCharType="separate"/>
    </w:r>
    <w:r w:rsidR="000A5895">
      <w:rPr>
        <w:noProof/>
        <w:sz w:val="18"/>
      </w:rPr>
      <w:t>2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1C8AE76" w14:textId="77777777" w:rsidR="004D48D9" w:rsidRDefault="004D48D9">
      <w:pPr>
        <w:spacing w:after="0" w:line="240" w:lineRule="auto"/>
      </w:pPr>
      <w:r>
        <w:separator/>
      </w:r>
    </w:p>
  </w:footnote>
  <w:footnote w:type="continuationSeparator" w:id="0">
    <w:p w14:paraId="50086565" w14:textId="77777777" w:rsidR="004D48D9" w:rsidRDefault="004D48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58897337">
    <w:abstractNumId w:val="8"/>
  </w:num>
  <w:num w:numId="2" w16cid:durableId="393043966">
    <w:abstractNumId w:val="6"/>
  </w:num>
  <w:num w:numId="3" w16cid:durableId="856844708">
    <w:abstractNumId w:val="5"/>
  </w:num>
  <w:num w:numId="4" w16cid:durableId="287249349">
    <w:abstractNumId w:val="4"/>
  </w:num>
  <w:num w:numId="5" w16cid:durableId="278345384">
    <w:abstractNumId w:val="7"/>
  </w:num>
  <w:num w:numId="6" w16cid:durableId="1199854328">
    <w:abstractNumId w:val="3"/>
  </w:num>
  <w:num w:numId="7" w16cid:durableId="1451438161">
    <w:abstractNumId w:val="2"/>
  </w:num>
  <w:num w:numId="8" w16cid:durableId="690422173">
    <w:abstractNumId w:val="1"/>
  </w:num>
  <w:num w:numId="9" w16cid:durableId="1751274262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56675"/>
    <w:rsid w:val="0006063C"/>
    <w:rsid w:val="000A5895"/>
    <w:rsid w:val="000F3A24"/>
    <w:rsid w:val="0015074B"/>
    <w:rsid w:val="001C2ECF"/>
    <w:rsid w:val="00234187"/>
    <w:rsid w:val="0029639D"/>
    <w:rsid w:val="002A0965"/>
    <w:rsid w:val="002D1B86"/>
    <w:rsid w:val="002D7B2C"/>
    <w:rsid w:val="002F1A1B"/>
    <w:rsid w:val="00326F90"/>
    <w:rsid w:val="004B49D4"/>
    <w:rsid w:val="004D48D9"/>
    <w:rsid w:val="005D3ADF"/>
    <w:rsid w:val="00647422"/>
    <w:rsid w:val="006B278B"/>
    <w:rsid w:val="00700E5F"/>
    <w:rsid w:val="00773772"/>
    <w:rsid w:val="007962AC"/>
    <w:rsid w:val="007C00DD"/>
    <w:rsid w:val="009350F3"/>
    <w:rsid w:val="0098014F"/>
    <w:rsid w:val="009E2446"/>
    <w:rsid w:val="00AA1D8D"/>
    <w:rsid w:val="00B47730"/>
    <w:rsid w:val="00B8028D"/>
    <w:rsid w:val="00C044B1"/>
    <w:rsid w:val="00C47DE0"/>
    <w:rsid w:val="00C56F42"/>
    <w:rsid w:val="00CB0664"/>
    <w:rsid w:val="00DC5FD8"/>
    <w:rsid w:val="00F355B0"/>
    <w:rsid w:val="00F739DD"/>
    <w:rsid w:val="00F95D56"/>
    <w:rsid w:val="00FC693F"/>
    <w:rsid w:val="00FD0D7E"/>
    <w:rsid w:val="00FF1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4A117633"/>
  <w14:defaultImageDpi w14:val="300"/>
  <w15:docId w15:val="{58EA8638-440A-A549-B544-44E9EA057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60" w:line="259" w:lineRule="auto"/>
    </w:pPr>
    <w:rPr>
      <w:rFonts w:ascii="Times New Roman" w:eastAsia="Times New Roman" w:hAnsi="Times New Roman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isselectedend">
    <w:name w:val="isselectedend"/>
    <w:basedOn w:val="Normal"/>
    <w:rsid w:val="00234187"/>
    <w:pPr>
      <w:spacing w:before="100" w:beforeAutospacing="1" w:after="100" w:afterAutospacing="1" w:line="240" w:lineRule="auto"/>
    </w:pPr>
    <w:rPr>
      <w:rFonts w:cs="Times New Roman"/>
      <w:sz w:val="24"/>
      <w:szCs w:val="24"/>
      <w:lang w:val="en-RS" w:eastAsia="en-GB"/>
    </w:rPr>
  </w:style>
  <w:style w:type="paragraph" w:styleId="NormalWeb">
    <w:name w:val="Normal (Web)"/>
    <w:basedOn w:val="Normal"/>
    <w:uiPriority w:val="99"/>
    <w:unhideWhenUsed/>
    <w:rsid w:val="00234187"/>
    <w:pPr>
      <w:spacing w:before="100" w:beforeAutospacing="1" w:after="100" w:afterAutospacing="1" w:line="240" w:lineRule="auto"/>
    </w:pPr>
    <w:rPr>
      <w:rFonts w:cs="Times New Roman"/>
      <w:sz w:val="24"/>
      <w:szCs w:val="24"/>
      <w:lang w:val="en-RS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5</Pages>
  <Words>1476</Words>
  <Characters>8415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9872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Годишњи извештај о раду Удружења за 2026. годину – образац</dc:title>
  <dc:subject>Образац годишњег извештаја Удружења грађана „Микиликс веб развој“</dc:subject>
  <dc:creator>Удружење грађана „Микиликс веб развој“</dc:creator>
  <cp:keywords/>
  <dc:description>generated by python-docx</dc:description>
  <cp:lastModifiedBy>Milan Nedeljković</cp:lastModifiedBy>
  <cp:revision>31</cp:revision>
  <dcterms:created xsi:type="dcterms:W3CDTF">2013-12-23T23:15:00Z</dcterms:created>
  <dcterms:modified xsi:type="dcterms:W3CDTF">2026-08-06T23:44:00Z</dcterms:modified>
  <cp:category/>
</cp:coreProperties>
</file>